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5FB109" w14:textId="77777777" w:rsidR="00CA15A3" w:rsidRDefault="00000000">
      <w:pPr>
        <w:spacing w:after="160"/>
        <w:jc w:val="center"/>
      </w:pPr>
      <w:r>
        <w:rPr>
          <w:noProof/>
        </w:rPr>
        <w:drawing>
          <wp:inline distT="0" distB="0" distL="0" distR="0" wp14:anchorId="49433415" wp14:editId="3231D708">
            <wp:extent cx="6675120" cy="163406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put_file_0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75120" cy="1634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1771DF" w14:textId="77777777" w:rsidR="00CA15A3" w:rsidRDefault="00000000">
      <w:pPr>
        <w:keepNext/>
        <w:jc w:val="center"/>
      </w:pPr>
      <w:r>
        <w:rPr>
          <w:b/>
          <w:color w:val="E86424"/>
          <w:sz w:val="30"/>
        </w:rPr>
        <w:t>SCHOLARSHIP APPLICATION FORM</w:t>
      </w:r>
    </w:p>
    <w:p w14:paraId="38785C6B" w14:textId="77777777" w:rsidR="00CA15A3" w:rsidRDefault="00000000">
      <w:pPr>
        <w:keepNext/>
        <w:pBdr>
          <w:bottom w:val="single" w:sz="12" w:space="3" w:color="E86424"/>
        </w:pBdr>
        <w:spacing w:before="200" w:after="80"/>
      </w:pPr>
      <w:r>
        <w:rPr>
          <w:b/>
          <w:color w:val="E86424"/>
          <w:sz w:val="21"/>
        </w:rPr>
        <w:t>1. APPLICANT INFORMATION</w:t>
      </w:r>
    </w:p>
    <w:tbl>
      <w:tblPr>
        <w:tblW w:w="0" w:type="auto"/>
        <w:jc w:val="center"/>
        <w:tblBorders>
          <w:top w:val="single" w:sz="6" w:space="0" w:color="E86424"/>
          <w:left w:val="single" w:sz="6" w:space="0" w:color="E86424"/>
          <w:bottom w:val="single" w:sz="6" w:space="0" w:color="E86424"/>
          <w:right w:val="single" w:sz="6" w:space="0" w:color="E86424"/>
          <w:insideH w:val="single" w:sz="4" w:space="0" w:color="E86424"/>
          <w:insideV w:val="single" w:sz="4" w:space="0" w:color="E86424"/>
        </w:tblBorders>
        <w:tblLook w:val="04A0" w:firstRow="1" w:lastRow="0" w:firstColumn="1" w:lastColumn="0" w:noHBand="0" w:noVBand="1"/>
      </w:tblPr>
      <w:tblGrid>
        <w:gridCol w:w="2160"/>
        <w:gridCol w:w="3024"/>
        <w:gridCol w:w="2016"/>
        <w:gridCol w:w="3312"/>
      </w:tblGrid>
      <w:tr w:rsidR="00CA15A3" w14:paraId="39E78191" w14:textId="77777777">
        <w:trPr>
          <w:cantSplit/>
          <w:jc w:val="center"/>
        </w:trPr>
        <w:tc>
          <w:tcPr>
            <w:tcW w:w="2160" w:type="dxa"/>
            <w:shd w:val="clear" w:color="auto" w:fill="FDF0E9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7C7E37A1" w14:textId="77777777" w:rsidR="00CA15A3" w:rsidRDefault="00000000" w:rsidP="00A624BA">
            <w:pPr>
              <w:spacing w:after="0"/>
              <w:jc w:val="center"/>
            </w:pPr>
            <w:r>
              <w:rPr>
                <w:b/>
                <w:sz w:val="17"/>
              </w:rPr>
              <w:t>Full Name</w:t>
            </w:r>
          </w:p>
        </w:tc>
        <w:tc>
          <w:tcPr>
            <w:tcW w:w="3024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112915A0" w14:textId="77777777" w:rsidR="00CA15A3" w:rsidRDefault="00CA15A3">
            <w:pPr>
              <w:spacing w:after="0"/>
            </w:pPr>
          </w:p>
        </w:tc>
        <w:tc>
          <w:tcPr>
            <w:tcW w:w="2016" w:type="dxa"/>
            <w:shd w:val="clear" w:color="auto" w:fill="FDF0E9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702F5198" w14:textId="77777777" w:rsidR="00CA15A3" w:rsidRDefault="00000000" w:rsidP="00A624BA">
            <w:pPr>
              <w:spacing w:after="0"/>
              <w:jc w:val="center"/>
            </w:pPr>
            <w:r>
              <w:rPr>
                <w:b/>
                <w:sz w:val="17"/>
              </w:rPr>
              <w:t>Date of Birth</w:t>
            </w:r>
          </w:p>
        </w:tc>
        <w:tc>
          <w:tcPr>
            <w:tcW w:w="3312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625A3671" w14:textId="77777777" w:rsidR="00CA15A3" w:rsidRDefault="00000000">
            <w:pPr>
              <w:spacing w:after="0"/>
            </w:pPr>
            <w:r>
              <w:rPr>
                <w:sz w:val="17"/>
              </w:rPr>
              <w:t>YYYY. MM. DD.</w:t>
            </w:r>
          </w:p>
        </w:tc>
      </w:tr>
      <w:tr w:rsidR="00CA15A3" w14:paraId="6B0A7CFD" w14:textId="77777777">
        <w:trPr>
          <w:cantSplit/>
          <w:jc w:val="center"/>
        </w:trPr>
        <w:tc>
          <w:tcPr>
            <w:tcW w:w="2160" w:type="dxa"/>
            <w:shd w:val="clear" w:color="auto" w:fill="FDF0E9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01625C77" w14:textId="77777777" w:rsidR="00CA15A3" w:rsidRDefault="00000000" w:rsidP="00A624BA">
            <w:pPr>
              <w:spacing w:after="0"/>
              <w:jc w:val="center"/>
            </w:pPr>
            <w:r>
              <w:rPr>
                <w:b/>
                <w:sz w:val="17"/>
              </w:rPr>
              <w:t>Gender</w:t>
            </w:r>
          </w:p>
        </w:tc>
        <w:tc>
          <w:tcPr>
            <w:tcW w:w="3024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3581EAF7" w14:textId="77777777" w:rsidR="00CA15A3" w:rsidRDefault="00000000">
            <w:pPr>
              <w:spacing w:after="0"/>
            </w:pPr>
            <w:r>
              <w:rPr>
                <w:sz w:val="17"/>
              </w:rPr>
              <w:t>(   ) Female     (   ) Male     (   ) Other</w:t>
            </w:r>
          </w:p>
        </w:tc>
        <w:tc>
          <w:tcPr>
            <w:tcW w:w="2016" w:type="dxa"/>
            <w:shd w:val="clear" w:color="auto" w:fill="FDF0E9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541FE63D" w14:textId="77777777" w:rsidR="00CA15A3" w:rsidRDefault="00000000" w:rsidP="00A624BA">
            <w:pPr>
              <w:spacing w:after="0"/>
              <w:jc w:val="center"/>
            </w:pPr>
            <w:r>
              <w:rPr>
                <w:b/>
                <w:sz w:val="17"/>
              </w:rPr>
              <w:t>National ID No.</w:t>
            </w:r>
          </w:p>
        </w:tc>
        <w:tc>
          <w:tcPr>
            <w:tcW w:w="3312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66D095AA" w14:textId="77777777" w:rsidR="00CA15A3" w:rsidRDefault="00CA15A3">
            <w:pPr>
              <w:spacing w:after="0"/>
            </w:pPr>
          </w:p>
        </w:tc>
      </w:tr>
      <w:tr w:rsidR="00CA15A3" w14:paraId="6FFE2893" w14:textId="77777777">
        <w:trPr>
          <w:cantSplit/>
          <w:jc w:val="center"/>
        </w:trPr>
        <w:tc>
          <w:tcPr>
            <w:tcW w:w="2160" w:type="dxa"/>
            <w:shd w:val="clear" w:color="auto" w:fill="FDF0E9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0C69D4C6" w14:textId="77777777" w:rsidR="00CA15A3" w:rsidRDefault="00000000" w:rsidP="00A624BA">
            <w:pPr>
              <w:spacing w:after="0"/>
              <w:jc w:val="center"/>
            </w:pPr>
            <w:r>
              <w:rPr>
                <w:b/>
                <w:sz w:val="17"/>
              </w:rPr>
              <w:t>Phone Number</w:t>
            </w:r>
          </w:p>
        </w:tc>
        <w:tc>
          <w:tcPr>
            <w:tcW w:w="3024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531461E8" w14:textId="77777777" w:rsidR="00CA15A3" w:rsidRDefault="00CA15A3">
            <w:pPr>
              <w:spacing w:after="0"/>
            </w:pPr>
          </w:p>
        </w:tc>
        <w:tc>
          <w:tcPr>
            <w:tcW w:w="2016" w:type="dxa"/>
            <w:shd w:val="clear" w:color="auto" w:fill="FDF0E9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4FFCE10A" w14:textId="77777777" w:rsidR="00CA15A3" w:rsidRDefault="00000000" w:rsidP="00A624BA">
            <w:pPr>
              <w:spacing w:after="0"/>
              <w:jc w:val="center"/>
            </w:pPr>
            <w:r>
              <w:rPr>
                <w:b/>
                <w:sz w:val="17"/>
              </w:rPr>
              <w:t>Email Address</w:t>
            </w:r>
          </w:p>
        </w:tc>
        <w:tc>
          <w:tcPr>
            <w:tcW w:w="3312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33521BB8" w14:textId="77777777" w:rsidR="00CA15A3" w:rsidRDefault="00CA15A3">
            <w:pPr>
              <w:spacing w:after="0"/>
            </w:pPr>
          </w:p>
        </w:tc>
      </w:tr>
      <w:tr w:rsidR="00CA15A3" w14:paraId="41011A2F" w14:textId="77777777">
        <w:trPr>
          <w:cantSplit/>
          <w:jc w:val="center"/>
        </w:trPr>
        <w:tc>
          <w:tcPr>
            <w:tcW w:w="2160" w:type="dxa"/>
            <w:shd w:val="clear" w:color="auto" w:fill="FDF0E9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04677B3A" w14:textId="77777777" w:rsidR="00CA15A3" w:rsidRDefault="00000000" w:rsidP="00A624BA">
            <w:pPr>
              <w:spacing w:after="0"/>
              <w:jc w:val="center"/>
            </w:pPr>
            <w:r>
              <w:rPr>
                <w:b/>
                <w:sz w:val="17"/>
              </w:rPr>
              <w:t>Residential Address</w:t>
            </w:r>
          </w:p>
        </w:tc>
        <w:tc>
          <w:tcPr>
            <w:tcW w:w="3312" w:type="dxa"/>
            <w:gridSpan w:val="3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10EF223C" w14:textId="77777777" w:rsidR="00CA15A3" w:rsidRDefault="00CA15A3" w:rsidP="00A624BA">
            <w:pPr>
              <w:spacing w:after="0"/>
              <w:jc w:val="center"/>
            </w:pPr>
          </w:p>
        </w:tc>
      </w:tr>
      <w:tr w:rsidR="00CA15A3" w14:paraId="06ACCF32" w14:textId="77777777">
        <w:trPr>
          <w:cantSplit/>
          <w:jc w:val="center"/>
        </w:trPr>
        <w:tc>
          <w:tcPr>
            <w:tcW w:w="2160" w:type="dxa"/>
            <w:shd w:val="clear" w:color="auto" w:fill="FDF0E9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6256545D" w14:textId="77777777" w:rsidR="00CA15A3" w:rsidRDefault="00000000" w:rsidP="00A624BA">
            <w:pPr>
              <w:spacing w:after="0"/>
              <w:jc w:val="center"/>
            </w:pPr>
            <w:r>
              <w:rPr>
                <w:b/>
                <w:sz w:val="17"/>
              </w:rPr>
              <w:t>Village</w:t>
            </w:r>
          </w:p>
        </w:tc>
        <w:tc>
          <w:tcPr>
            <w:tcW w:w="3024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24EF6514" w14:textId="77777777" w:rsidR="00CA15A3" w:rsidRDefault="00CA15A3">
            <w:pPr>
              <w:spacing w:after="0"/>
            </w:pPr>
          </w:p>
        </w:tc>
        <w:tc>
          <w:tcPr>
            <w:tcW w:w="2016" w:type="dxa"/>
            <w:shd w:val="clear" w:color="auto" w:fill="FDF0E9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0F057C52" w14:textId="77777777" w:rsidR="00CA15A3" w:rsidRDefault="00000000" w:rsidP="00A624BA">
            <w:pPr>
              <w:spacing w:after="0"/>
              <w:jc w:val="center"/>
            </w:pPr>
            <w:r>
              <w:rPr>
                <w:b/>
                <w:sz w:val="17"/>
              </w:rPr>
              <w:t>Sub-County</w:t>
            </w:r>
          </w:p>
        </w:tc>
        <w:tc>
          <w:tcPr>
            <w:tcW w:w="3312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607F1746" w14:textId="77777777" w:rsidR="00CA15A3" w:rsidRDefault="00CA15A3">
            <w:pPr>
              <w:spacing w:after="0"/>
            </w:pPr>
          </w:p>
        </w:tc>
      </w:tr>
    </w:tbl>
    <w:p w14:paraId="2E9560D2" w14:textId="77777777" w:rsidR="00CA15A3" w:rsidRDefault="00000000">
      <w:pPr>
        <w:keepNext/>
        <w:pBdr>
          <w:bottom w:val="single" w:sz="12" w:space="3" w:color="E86424"/>
        </w:pBdr>
        <w:spacing w:before="200" w:after="80"/>
      </w:pPr>
      <w:r>
        <w:rPr>
          <w:b/>
          <w:color w:val="E86424"/>
          <w:sz w:val="21"/>
        </w:rPr>
        <w:t>2. SCHOLARSHIP ELIGIBILITY</w:t>
      </w:r>
    </w:p>
    <w:p w14:paraId="33B01FD9" w14:textId="77777777" w:rsidR="00CA15A3" w:rsidRDefault="00000000">
      <w:pPr>
        <w:keepNext/>
        <w:spacing w:after="80"/>
      </w:pPr>
      <w:r>
        <w:rPr>
          <w:i/>
          <w:color w:val="718096"/>
          <w:sz w:val="17"/>
        </w:rPr>
        <w:t>Please select ONLY ONE category that best describes your current situation.</w:t>
      </w:r>
    </w:p>
    <w:tbl>
      <w:tblPr>
        <w:tblW w:w="0" w:type="auto"/>
        <w:jc w:val="center"/>
        <w:tblBorders>
          <w:top w:val="single" w:sz="6" w:space="0" w:color="E86424"/>
          <w:left w:val="single" w:sz="6" w:space="0" w:color="E86424"/>
          <w:bottom w:val="single" w:sz="6" w:space="0" w:color="E86424"/>
          <w:right w:val="single" w:sz="6" w:space="0" w:color="E86424"/>
          <w:insideH w:val="single" w:sz="4" w:space="0" w:color="E86424"/>
          <w:insideV w:val="single" w:sz="4" w:space="0" w:color="E86424"/>
        </w:tblBorders>
        <w:tblLook w:val="04A0" w:firstRow="1" w:lastRow="0" w:firstColumn="1" w:lastColumn="0" w:noHBand="0" w:noVBand="1"/>
      </w:tblPr>
      <w:tblGrid>
        <w:gridCol w:w="3499"/>
        <w:gridCol w:w="3499"/>
        <w:gridCol w:w="3499"/>
      </w:tblGrid>
      <w:tr w:rsidR="00CA15A3" w14:paraId="52AB3C9A" w14:textId="77777777">
        <w:trPr>
          <w:cantSplit/>
          <w:jc w:val="center"/>
        </w:trPr>
        <w:tc>
          <w:tcPr>
            <w:tcW w:w="3499" w:type="dxa"/>
            <w:shd w:val="clear" w:color="auto" w:fill="FDF0E9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6C28D38" w14:textId="77777777" w:rsidR="00CA15A3" w:rsidRDefault="00000000" w:rsidP="00A624BA">
            <w:pPr>
              <w:spacing w:after="0"/>
              <w:jc w:val="center"/>
            </w:pPr>
            <w:r>
              <w:rPr>
                <w:b/>
                <w:sz w:val="17"/>
              </w:rPr>
              <w:t>(   ) Single Mother</w:t>
            </w:r>
          </w:p>
        </w:tc>
        <w:tc>
          <w:tcPr>
            <w:tcW w:w="3499" w:type="dxa"/>
            <w:shd w:val="clear" w:color="auto" w:fill="FDF0E9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0B05876" w14:textId="77777777" w:rsidR="00CA15A3" w:rsidRDefault="00000000" w:rsidP="00A624BA">
            <w:pPr>
              <w:spacing w:after="0"/>
              <w:jc w:val="center"/>
            </w:pPr>
            <w:r>
              <w:rPr>
                <w:b/>
                <w:sz w:val="17"/>
              </w:rPr>
              <w:t>(   ) Woman with Multiple Children</w:t>
            </w:r>
          </w:p>
        </w:tc>
        <w:tc>
          <w:tcPr>
            <w:tcW w:w="3499" w:type="dxa"/>
            <w:shd w:val="clear" w:color="auto" w:fill="FDF0E9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83E8CC5" w14:textId="77777777" w:rsidR="00CA15A3" w:rsidRDefault="00000000" w:rsidP="00A624BA">
            <w:pPr>
              <w:spacing w:after="0"/>
              <w:jc w:val="center"/>
            </w:pPr>
            <w:r>
              <w:rPr>
                <w:b/>
                <w:sz w:val="17"/>
              </w:rPr>
              <w:t>(   ) Unemployed Woman</w:t>
            </w:r>
          </w:p>
        </w:tc>
      </w:tr>
    </w:tbl>
    <w:p w14:paraId="0E40D463" w14:textId="77777777" w:rsidR="00CA15A3" w:rsidRDefault="00000000">
      <w:pPr>
        <w:keepNext/>
        <w:pBdr>
          <w:bottom w:val="single" w:sz="12" w:space="3" w:color="E86424"/>
        </w:pBdr>
        <w:spacing w:before="200" w:after="80"/>
      </w:pPr>
      <w:r>
        <w:rPr>
          <w:b/>
          <w:color w:val="E86424"/>
          <w:sz w:val="21"/>
        </w:rPr>
        <w:t>3. SINGLE MOTHER</w:t>
      </w:r>
    </w:p>
    <w:tbl>
      <w:tblPr>
        <w:tblW w:w="0" w:type="auto"/>
        <w:jc w:val="center"/>
        <w:tblBorders>
          <w:top w:val="single" w:sz="6" w:space="0" w:color="E86424"/>
          <w:left w:val="single" w:sz="6" w:space="0" w:color="E86424"/>
          <w:bottom w:val="single" w:sz="6" w:space="0" w:color="E86424"/>
          <w:right w:val="single" w:sz="6" w:space="0" w:color="E86424"/>
          <w:insideH w:val="single" w:sz="4" w:space="0" w:color="E86424"/>
          <w:insideV w:val="single" w:sz="4" w:space="0" w:color="E86424"/>
        </w:tblBorders>
        <w:tblLook w:val="04A0" w:firstRow="1" w:lastRow="0" w:firstColumn="1" w:lastColumn="0" w:noHBand="0" w:noVBand="1"/>
      </w:tblPr>
      <w:tblGrid>
        <w:gridCol w:w="4752"/>
        <w:gridCol w:w="5760"/>
      </w:tblGrid>
      <w:tr w:rsidR="00CA15A3" w14:paraId="4E141C82" w14:textId="77777777">
        <w:trPr>
          <w:cantSplit/>
          <w:jc w:val="center"/>
        </w:trPr>
        <w:tc>
          <w:tcPr>
            <w:tcW w:w="4752" w:type="dxa"/>
            <w:shd w:val="clear" w:color="auto" w:fill="FDF0E9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682097C7" w14:textId="77777777" w:rsidR="00CA15A3" w:rsidRDefault="00000000" w:rsidP="00A624BA">
            <w:pPr>
              <w:spacing w:after="0"/>
              <w:jc w:val="center"/>
            </w:pPr>
            <w:r>
              <w:rPr>
                <w:b/>
                <w:sz w:val="17"/>
              </w:rPr>
              <w:t>Are you currently raising your child/children alone?</w:t>
            </w:r>
          </w:p>
        </w:tc>
        <w:tc>
          <w:tcPr>
            <w:tcW w:w="5760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456BA7E0" w14:textId="77777777" w:rsidR="00CA15A3" w:rsidRDefault="00000000">
            <w:pPr>
              <w:spacing w:after="0"/>
            </w:pPr>
            <w:r>
              <w:rPr>
                <w:sz w:val="17"/>
              </w:rPr>
              <w:t>(   ) Yes     (   ) No</w:t>
            </w:r>
          </w:p>
        </w:tc>
      </w:tr>
      <w:tr w:rsidR="00CA15A3" w14:paraId="064BF3C9" w14:textId="77777777">
        <w:trPr>
          <w:cantSplit/>
          <w:jc w:val="center"/>
        </w:trPr>
        <w:tc>
          <w:tcPr>
            <w:tcW w:w="4752" w:type="dxa"/>
            <w:shd w:val="clear" w:color="auto" w:fill="FDF0E9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749682C9" w14:textId="77777777" w:rsidR="00CA15A3" w:rsidRDefault="00000000" w:rsidP="00A624BA">
            <w:pPr>
              <w:spacing w:after="0"/>
              <w:jc w:val="center"/>
            </w:pPr>
            <w:r>
              <w:rPr>
                <w:b/>
                <w:sz w:val="17"/>
              </w:rPr>
              <w:t>Current Marital Status (Select one)</w:t>
            </w:r>
          </w:p>
        </w:tc>
        <w:tc>
          <w:tcPr>
            <w:tcW w:w="5760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4D2457DF" w14:textId="77777777" w:rsidR="00CA15A3" w:rsidRDefault="00000000">
            <w:pPr>
              <w:spacing w:after="0"/>
            </w:pPr>
            <w:r>
              <w:rPr>
                <w:sz w:val="17"/>
              </w:rPr>
              <w:t>(   ) Never Married   (   ) Divorced   (   ) Other: ________</w:t>
            </w:r>
          </w:p>
        </w:tc>
      </w:tr>
      <w:tr w:rsidR="00CA15A3" w14:paraId="628440CB" w14:textId="77777777">
        <w:trPr>
          <w:cantSplit/>
          <w:jc w:val="center"/>
        </w:trPr>
        <w:tc>
          <w:tcPr>
            <w:tcW w:w="4752" w:type="dxa"/>
            <w:shd w:val="clear" w:color="auto" w:fill="FDF0E9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2AD41D78" w14:textId="77777777" w:rsidR="00CA15A3" w:rsidRDefault="00000000" w:rsidP="00A624BA">
            <w:pPr>
              <w:spacing w:after="0"/>
              <w:jc w:val="center"/>
            </w:pPr>
            <w:r>
              <w:rPr>
                <w:b/>
                <w:sz w:val="17"/>
              </w:rPr>
              <w:t>Number of Children</w:t>
            </w:r>
          </w:p>
        </w:tc>
        <w:tc>
          <w:tcPr>
            <w:tcW w:w="5760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267B47F5" w14:textId="77777777" w:rsidR="00CA15A3" w:rsidRDefault="00CA15A3">
            <w:pPr>
              <w:spacing w:after="0"/>
            </w:pPr>
          </w:p>
        </w:tc>
      </w:tr>
    </w:tbl>
    <w:p w14:paraId="06B68DD5" w14:textId="77777777" w:rsidR="00CA15A3" w:rsidRDefault="00000000">
      <w:pPr>
        <w:keepNext/>
        <w:spacing w:before="100" w:after="40"/>
      </w:pPr>
      <w:r>
        <w:rPr>
          <w:b/>
          <w:color w:val="E86424"/>
          <w:sz w:val="18"/>
        </w:rPr>
        <w:t>Required Supporting Documents</w:t>
      </w:r>
    </w:p>
    <w:tbl>
      <w:tblPr>
        <w:tblW w:w="0" w:type="auto"/>
        <w:jc w:val="center"/>
        <w:tblBorders>
          <w:top w:val="single" w:sz="6" w:space="0" w:color="E86424"/>
          <w:left w:val="single" w:sz="6" w:space="0" w:color="E86424"/>
          <w:bottom w:val="single" w:sz="6" w:space="0" w:color="E86424"/>
          <w:right w:val="single" w:sz="6" w:space="0" w:color="E86424"/>
          <w:insideH w:val="single" w:sz="4" w:space="0" w:color="E86424"/>
          <w:insideV w:val="single" w:sz="4" w:space="0" w:color="E86424"/>
        </w:tblBorders>
        <w:tblLook w:val="04A0" w:firstRow="1" w:lastRow="0" w:firstColumn="1" w:lastColumn="0" w:noHBand="0" w:noVBand="1"/>
      </w:tblPr>
      <w:tblGrid>
        <w:gridCol w:w="1152"/>
        <w:gridCol w:w="7920"/>
        <w:gridCol w:w="1440"/>
      </w:tblGrid>
      <w:tr w:rsidR="00CA15A3" w14:paraId="71F342BF" w14:textId="77777777">
        <w:trPr>
          <w:cantSplit/>
          <w:tblHeader/>
          <w:jc w:val="center"/>
        </w:trPr>
        <w:tc>
          <w:tcPr>
            <w:tcW w:w="1152" w:type="dxa"/>
            <w:shd w:val="clear" w:color="auto" w:fill="FCE8DD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46BCEF1" w14:textId="77777777" w:rsidR="00CA15A3" w:rsidRDefault="00000000">
            <w:pPr>
              <w:spacing w:after="0"/>
              <w:jc w:val="center"/>
            </w:pPr>
            <w:r>
              <w:rPr>
                <w:b/>
                <w:sz w:val="17"/>
              </w:rPr>
              <w:t>No.</w:t>
            </w:r>
          </w:p>
        </w:tc>
        <w:tc>
          <w:tcPr>
            <w:tcW w:w="7920" w:type="dxa"/>
            <w:shd w:val="clear" w:color="auto" w:fill="FCE8DD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6EEAD9E" w14:textId="77777777" w:rsidR="00CA15A3" w:rsidRDefault="00000000" w:rsidP="00A624BA">
            <w:pPr>
              <w:spacing w:after="0"/>
              <w:jc w:val="center"/>
            </w:pPr>
            <w:r>
              <w:rPr>
                <w:b/>
                <w:sz w:val="17"/>
              </w:rPr>
              <w:t>Document Description</w:t>
            </w:r>
          </w:p>
        </w:tc>
        <w:tc>
          <w:tcPr>
            <w:tcW w:w="1440" w:type="dxa"/>
            <w:shd w:val="clear" w:color="auto" w:fill="FCE8DD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D877DD6" w14:textId="77777777" w:rsidR="00CA15A3" w:rsidRDefault="00000000">
            <w:pPr>
              <w:spacing w:after="0"/>
              <w:jc w:val="center"/>
            </w:pPr>
            <w:r>
              <w:rPr>
                <w:b/>
                <w:sz w:val="17"/>
              </w:rPr>
              <w:t>Check</w:t>
            </w:r>
          </w:p>
        </w:tc>
      </w:tr>
      <w:tr w:rsidR="00CA15A3" w14:paraId="3A9C15AC" w14:textId="77777777">
        <w:trPr>
          <w:cantSplit/>
          <w:jc w:val="center"/>
        </w:trPr>
        <w:tc>
          <w:tcPr>
            <w:tcW w:w="115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C548895" w14:textId="77777777" w:rsidR="00CA15A3" w:rsidRDefault="00000000">
            <w:pPr>
              <w:spacing w:after="0"/>
              <w:jc w:val="center"/>
            </w:pPr>
            <w:r>
              <w:rPr>
                <w:b/>
                <w:sz w:val="17"/>
              </w:rPr>
              <w:t>1</w:t>
            </w:r>
          </w:p>
        </w:tc>
        <w:tc>
          <w:tcPr>
            <w:tcW w:w="792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20884E2" w14:textId="77777777" w:rsidR="00CA15A3" w:rsidRDefault="00000000" w:rsidP="00A624BA">
            <w:pPr>
              <w:spacing w:after="0"/>
              <w:jc w:val="center"/>
            </w:pPr>
            <w:r>
              <w:rPr>
                <w:sz w:val="17"/>
              </w:rPr>
              <w:t>Copy of National ID</w:t>
            </w:r>
          </w:p>
        </w:tc>
        <w:tc>
          <w:tcPr>
            <w:tcW w:w="144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BDEBA40" w14:textId="77777777" w:rsidR="00CA15A3" w:rsidRDefault="00000000">
            <w:pPr>
              <w:spacing w:after="0"/>
              <w:jc w:val="center"/>
            </w:pPr>
            <w:r>
              <w:rPr>
                <w:sz w:val="17"/>
              </w:rPr>
              <w:t>(   )</w:t>
            </w:r>
          </w:p>
        </w:tc>
      </w:tr>
      <w:tr w:rsidR="00CA15A3" w14:paraId="4121B8FD" w14:textId="77777777">
        <w:trPr>
          <w:cantSplit/>
          <w:jc w:val="center"/>
        </w:trPr>
        <w:tc>
          <w:tcPr>
            <w:tcW w:w="115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0F83AF5" w14:textId="77777777" w:rsidR="00CA15A3" w:rsidRDefault="00000000">
            <w:pPr>
              <w:spacing w:after="0"/>
              <w:jc w:val="center"/>
            </w:pPr>
            <w:r>
              <w:rPr>
                <w:b/>
                <w:sz w:val="17"/>
              </w:rPr>
              <w:t>2</w:t>
            </w:r>
          </w:p>
        </w:tc>
        <w:tc>
          <w:tcPr>
            <w:tcW w:w="792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DFA89D2" w14:textId="77777777" w:rsidR="00CA15A3" w:rsidRDefault="00000000" w:rsidP="00A624BA">
            <w:pPr>
              <w:spacing w:after="0"/>
              <w:jc w:val="center"/>
            </w:pPr>
            <w:r>
              <w:rPr>
                <w:sz w:val="17"/>
              </w:rPr>
              <w:t>Official Single Status Certificate issued by Village Chief</w:t>
            </w:r>
          </w:p>
        </w:tc>
        <w:tc>
          <w:tcPr>
            <w:tcW w:w="144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F85F556" w14:textId="77777777" w:rsidR="00CA15A3" w:rsidRDefault="00000000">
            <w:pPr>
              <w:spacing w:after="0"/>
              <w:jc w:val="center"/>
            </w:pPr>
            <w:r>
              <w:rPr>
                <w:sz w:val="17"/>
              </w:rPr>
              <w:t>(   )</w:t>
            </w:r>
          </w:p>
        </w:tc>
      </w:tr>
      <w:tr w:rsidR="00CA15A3" w14:paraId="62C1BBC0" w14:textId="77777777">
        <w:trPr>
          <w:cantSplit/>
          <w:jc w:val="center"/>
        </w:trPr>
        <w:tc>
          <w:tcPr>
            <w:tcW w:w="115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5C28618" w14:textId="77777777" w:rsidR="00CA15A3" w:rsidRDefault="00000000">
            <w:pPr>
              <w:spacing w:after="0"/>
              <w:jc w:val="center"/>
            </w:pPr>
            <w:r>
              <w:rPr>
                <w:b/>
                <w:sz w:val="17"/>
              </w:rPr>
              <w:t>3</w:t>
            </w:r>
          </w:p>
        </w:tc>
        <w:tc>
          <w:tcPr>
            <w:tcW w:w="792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29F2BCC" w14:textId="77777777" w:rsidR="00CA15A3" w:rsidRDefault="00000000" w:rsidP="00A624BA">
            <w:pPr>
              <w:spacing w:after="0"/>
              <w:jc w:val="center"/>
            </w:pPr>
            <w:r>
              <w:rPr>
                <w:sz w:val="17"/>
              </w:rPr>
              <w:t>Official Divorce Certificate issued by relevant authority (if applicable)</w:t>
            </w:r>
          </w:p>
        </w:tc>
        <w:tc>
          <w:tcPr>
            <w:tcW w:w="144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F600C39" w14:textId="77777777" w:rsidR="00CA15A3" w:rsidRDefault="00000000">
            <w:pPr>
              <w:spacing w:after="0"/>
              <w:jc w:val="center"/>
            </w:pPr>
            <w:r>
              <w:rPr>
                <w:sz w:val="17"/>
              </w:rPr>
              <w:t>(   )</w:t>
            </w:r>
          </w:p>
        </w:tc>
      </w:tr>
      <w:tr w:rsidR="00CA15A3" w14:paraId="0444FD62" w14:textId="77777777">
        <w:trPr>
          <w:cantSplit/>
          <w:jc w:val="center"/>
        </w:trPr>
        <w:tc>
          <w:tcPr>
            <w:tcW w:w="115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D4C94CF" w14:textId="77777777" w:rsidR="00CA15A3" w:rsidRDefault="00000000">
            <w:pPr>
              <w:spacing w:after="0"/>
              <w:jc w:val="center"/>
            </w:pPr>
            <w:r>
              <w:rPr>
                <w:b/>
                <w:sz w:val="17"/>
              </w:rPr>
              <w:t>4</w:t>
            </w:r>
          </w:p>
        </w:tc>
        <w:tc>
          <w:tcPr>
            <w:tcW w:w="792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DF59DCB" w14:textId="77777777" w:rsidR="00CA15A3" w:rsidRDefault="00000000" w:rsidP="00A624BA">
            <w:pPr>
              <w:spacing w:after="0"/>
              <w:jc w:val="center"/>
            </w:pPr>
            <w:r>
              <w:rPr>
                <w:sz w:val="17"/>
              </w:rPr>
              <w:t>Official Child Verification Certificate issued by Village Chief</w:t>
            </w:r>
          </w:p>
        </w:tc>
        <w:tc>
          <w:tcPr>
            <w:tcW w:w="144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2B3515C" w14:textId="77777777" w:rsidR="00CA15A3" w:rsidRDefault="00000000">
            <w:pPr>
              <w:spacing w:after="0"/>
              <w:jc w:val="center"/>
            </w:pPr>
            <w:r>
              <w:rPr>
                <w:sz w:val="17"/>
              </w:rPr>
              <w:t>(   )</w:t>
            </w:r>
          </w:p>
        </w:tc>
      </w:tr>
      <w:tr w:rsidR="00CA15A3" w14:paraId="51CD8969" w14:textId="77777777">
        <w:trPr>
          <w:cantSplit/>
          <w:jc w:val="center"/>
        </w:trPr>
        <w:tc>
          <w:tcPr>
            <w:tcW w:w="115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5B94C9A" w14:textId="77777777" w:rsidR="00CA15A3" w:rsidRDefault="00000000">
            <w:pPr>
              <w:spacing w:after="0"/>
              <w:jc w:val="center"/>
            </w:pPr>
            <w:r>
              <w:rPr>
                <w:b/>
                <w:sz w:val="17"/>
              </w:rPr>
              <w:t>5</w:t>
            </w:r>
          </w:p>
        </w:tc>
        <w:tc>
          <w:tcPr>
            <w:tcW w:w="792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0BC8C09" w14:textId="77777777" w:rsidR="00CA15A3" w:rsidRDefault="00000000" w:rsidP="00A624BA">
            <w:pPr>
              <w:spacing w:after="0"/>
              <w:jc w:val="center"/>
            </w:pPr>
            <w:r>
              <w:rPr>
                <w:sz w:val="17"/>
              </w:rPr>
              <w:t>Income Proof - M-Pesa Statement</w:t>
            </w:r>
          </w:p>
        </w:tc>
        <w:tc>
          <w:tcPr>
            <w:tcW w:w="144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C54F1D0" w14:textId="77777777" w:rsidR="00CA15A3" w:rsidRDefault="00000000">
            <w:pPr>
              <w:spacing w:after="0"/>
              <w:jc w:val="center"/>
            </w:pPr>
            <w:r>
              <w:rPr>
                <w:sz w:val="17"/>
              </w:rPr>
              <w:t>(   )</w:t>
            </w:r>
          </w:p>
        </w:tc>
      </w:tr>
      <w:tr w:rsidR="00CA15A3" w14:paraId="2C0B5182" w14:textId="77777777">
        <w:trPr>
          <w:cantSplit/>
          <w:jc w:val="center"/>
        </w:trPr>
        <w:tc>
          <w:tcPr>
            <w:tcW w:w="115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51D5A9C" w14:textId="77777777" w:rsidR="00CA15A3" w:rsidRDefault="00000000">
            <w:pPr>
              <w:spacing w:after="0"/>
              <w:jc w:val="center"/>
            </w:pPr>
            <w:r>
              <w:rPr>
                <w:b/>
                <w:sz w:val="17"/>
              </w:rPr>
              <w:t>6</w:t>
            </w:r>
          </w:p>
        </w:tc>
        <w:tc>
          <w:tcPr>
            <w:tcW w:w="792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229E7DD" w14:textId="77777777" w:rsidR="00CA15A3" w:rsidRDefault="00000000" w:rsidP="00A624BA">
            <w:pPr>
              <w:spacing w:after="0"/>
              <w:jc w:val="center"/>
            </w:pPr>
            <w:r>
              <w:rPr>
                <w:sz w:val="17"/>
              </w:rPr>
              <w:t>Income Proof - Personal Bank Account Statement</w:t>
            </w:r>
          </w:p>
        </w:tc>
        <w:tc>
          <w:tcPr>
            <w:tcW w:w="144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CB0F747" w14:textId="77777777" w:rsidR="00CA15A3" w:rsidRDefault="00000000">
            <w:pPr>
              <w:spacing w:after="0"/>
              <w:jc w:val="center"/>
            </w:pPr>
            <w:r>
              <w:rPr>
                <w:sz w:val="17"/>
              </w:rPr>
              <w:t>(   )</w:t>
            </w:r>
          </w:p>
        </w:tc>
      </w:tr>
    </w:tbl>
    <w:p w14:paraId="4942C5A9" w14:textId="77777777" w:rsidR="00CA15A3" w:rsidRDefault="00000000">
      <w:r>
        <w:br w:type="page"/>
      </w:r>
    </w:p>
    <w:p w14:paraId="21A5D1A4" w14:textId="77777777" w:rsidR="00CA15A3" w:rsidRDefault="00000000">
      <w:pPr>
        <w:keepNext/>
        <w:pBdr>
          <w:bottom w:val="single" w:sz="12" w:space="3" w:color="E86424"/>
        </w:pBdr>
        <w:spacing w:before="200" w:after="80"/>
      </w:pPr>
      <w:r>
        <w:rPr>
          <w:b/>
          <w:color w:val="E86424"/>
          <w:sz w:val="21"/>
        </w:rPr>
        <w:lastRenderedPageBreak/>
        <w:t>4. WOMAN WITH MULTIPLE CHILDREN</w:t>
      </w:r>
    </w:p>
    <w:p w14:paraId="716853F8" w14:textId="77777777" w:rsidR="00CA15A3" w:rsidRDefault="00000000">
      <w:pPr>
        <w:keepNext/>
        <w:spacing w:after="80"/>
      </w:pPr>
      <w:r>
        <w:rPr>
          <w:b/>
          <w:color w:val="718096"/>
          <w:sz w:val="17"/>
        </w:rPr>
        <w:t>Eligibility Criteria: 3 or more children under care</w:t>
      </w:r>
    </w:p>
    <w:tbl>
      <w:tblPr>
        <w:tblW w:w="0" w:type="auto"/>
        <w:jc w:val="center"/>
        <w:tblBorders>
          <w:top w:val="single" w:sz="6" w:space="0" w:color="E86424"/>
          <w:left w:val="single" w:sz="6" w:space="0" w:color="E86424"/>
          <w:bottom w:val="single" w:sz="6" w:space="0" w:color="E86424"/>
          <w:right w:val="single" w:sz="6" w:space="0" w:color="E86424"/>
          <w:insideH w:val="single" w:sz="4" w:space="0" w:color="E86424"/>
          <w:insideV w:val="single" w:sz="4" w:space="0" w:color="E86424"/>
        </w:tblBorders>
        <w:tblLook w:val="04A0" w:firstRow="1" w:lastRow="0" w:firstColumn="1" w:lastColumn="0" w:noHBand="0" w:noVBand="1"/>
      </w:tblPr>
      <w:tblGrid>
        <w:gridCol w:w="4752"/>
        <w:gridCol w:w="5760"/>
      </w:tblGrid>
      <w:tr w:rsidR="00CA15A3" w14:paraId="0268A642" w14:textId="77777777">
        <w:trPr>
          <w:cantSplit/>
          <w:jc w:val="center"/>
        </w:trPr>
        <w:tc>
          <w:tcPr>
            <w:tcW w:w="4752" w:type="dxa"/>
            <w:shd w:val="clear" w:color="auto" w:fill="FDF0E9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4A6A57AA" w14:textId="77777777" w:rsidR="00CA15A3" w:rsidRDefault="00000000" w:rsidP="00A624BA">
            <w:pPr>
              <w:spacing w:after="0"/>
              <w:jc w:val="center"/>
            </w:pPr>
            <w:r>
              <w:rPr>
                <w:b/>
                <w:sz w:val="17"/>
              </w:rPr>
              <w:t>Number of Children</w:t>
            </w:r>
          </w:p>
        </w:tc>
        <w:tc>
          <w:tcPr>
            <w:tcW w:w="5760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6CB1F749" w14:textId="77777777" w:rsidR="00CA15A3" w:rsidRDefault="00CA15A3">
            <w:pPr>
              <w:spacing w:after="0"/>
            </w:pPr>
          </w:p>
        </w:tc>
      </w:tr>
    </w:tbl>
    <w:p w14:paraId="03BED379" w14:textId="77777777" w:rsidR="00CA15A3" w:rsidRDefault="00000000">
      <w:pPr>
        <w:keepNext/>
        <w:spacing w:before="100" w:after="40"/>
      </w:pPr>
      <w:r>
        <w:rPr>
          <w:b/>
          <w:color w:val="E86424"/>
          <w:sz w:val="18"/>
        </w:rPr>
        <w:t>Children Information</w:t>
      </w:r>
    </w:p>
    <w:tbl>
      <w:tblPr>
        <w:tblW w:w="0" w:type="auto"/>
        <w:jc w:val="center"/>
        <w:tblBorders>
          <w:top w:val="single" w:sz="6" w:space="0" w:color="E86424"/>
          <w:left w:val="single" w:sz="6" w:space="0" w:color="E86424"/>
          <w:bottom w:val="single" w:sz="6" w:space="0" w:color="E86424"/>
          <w:right w:val="single" w:sz="6" w:space="0" w:color="E86424"/>
          <w:insideH w:val="single" w:sz="4" w:space="0" w:color="E86424"/>
          <w:insideV w:val="single" w:sz="4" w:space="0" w:color="E86424"/>
        </w:tblBorders>
        <w:tblLook w:val="04A0" w:firstRow="1" w:lastRow="0" w:firstColumn="1" w:lastColumn="0" w:noHBand="0" w:noVBand="1"/>
      </w:tblPr>
      <w:tblGrid>
        <w:gridCol w:w="1152"/>
        <w:gridCol w:w="5040"/>
        <w:gridCol w:w="1728"/>
        <w:gridCol w:w="2592"/>
      </w:tblGrid>
      <w:tr w:rsidR="00CA15A3" w14:paraId="0951145E" w14:textId="77777777">
        <w:trPr>
          <w:cantSplit/>
          <w:tblHeader/>
          <w:jc w:val="center"/>
        </w:trPr>
        <w:tc>
          <w:tcPr>
            <w:tcW w:w="1152" w:type="dxa"/>
            <w:shd w:val="clear" w:color="auto" w:fill="FCE8DD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AC383DA" w14:textId="77777777" w:rsidR="00CA15A3" w:rsidRDefault="00000000">
            <w:pPr>
              <w:spacing w:after="0"/>
              <w:jc w:val="center"/>
            </w:pPr>
            <w:r>
              <w:rPr>
                <w:b/>
                <w:sz w:val="17"/>
              </w:rPr>
              <w:t>No.</w:t>
            </w:r>
          </w:p>
        </w:tc>
        <w:tc>
          <w:tcPr>
            <w:tcW w:w="5040" w:type="dxa"/>
            <w:shd w:val="clear" w:color="auto" w:fill="FCE8DD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9A62A30" w14:textId="77777777" w:rsidR="00CA15A3" w:rsidRDefault="00000000" w:rsidP="00A624BA">
            <w:pPr>
              <w:spacing w:after="0"/>
              <w:jc w:val="center"/>
            </w:pPr>
            <w:r>
              <w:rPr>
                <w:b/>
                <w:sz w:val="17"/>
              </w:rPr>
              <w:t>Child's Name</w:t>
            </w:r>
          </w:p>
        </w:tc>
        <w:tc>
          <w:tcPr>
            <w:tcW w:w="1728" w:type="dxa"/>
            <w:shd w:val="clear" w:color="auto" w:fill="FCE8DD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6AD427E" w14:textId="77777777" w:rsidR="00CA15A3" w:rsidRDefault="00000000">
            <w:pPr>
              <w:spacing w:after="0"/>
              <w:jc w:val="center"/>
            </w:pPr>
            <w:r>
              <w:rPr>
                <w:b/>
                <w:sz w:val="17"/>
              </w:rPr>
              <w:t>Age</w:t>
            </w:r>
          </w:p>
        </w:tc>
        <w:tc>
          <w:tcPr>
            <w:tcW w:w="2592" w:type="dxa"/>
            <w:shd w:val="clear" w:color="auto" w:fill="FCE8DD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FDC8117" w14:textId="77777777" w:rsidR="00CA15A3" w:rsidRDefault="00000000" w:rsidP="00A624BA">
            <w:pPr>
              <w:spacing w:after="0"/>
              <w:jc w:val="center"/>
            </w:pPr>
            <w:r>
              <w:rPr>
                <w:b/>
                <w:sz w:val="17"/>
              </w:rPr>
              <w:t>Relationship</w:t>
            </w:r>
          </w:p>
        </w:tc>
      </w:tr>
      <w:tr w:rsidR="00CA15A3" w14:paraId="2AAF284E" w14:textId="77777777">
        <w:trPr>
          <w:cantSplit/>
          <w:jc w:val="center"/>
        </w:trPr>
        <w:tc>
          <w:tcPr>
            <w:tcW w:w="115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68718CB" w14:textId="77777777" w:rsidR="00CA15A3" w:rsidRDefault="00000000">
            <w:pPr>
              <w:spacing w:after="0"/>
              <w:jc w:val="center"/>
            </w:pPr>
            <w:r>
              <w:rPr>
                <w:b/>
                <w:sz w:val="17"/>
              </w:rPr>
              <w:t>1</w:t>
            </w:r>
          </w:p>
        </w:tc>
        <w:tc>
          <w:tcPr>
            <w:tcW w:w="504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CED188" w14:textId="77777777" w:rsidR="00CA15A3" w:rsidRDefault="00CA15A3">
            <w:pPr>
              <w:spacing w:after="0"/>
            </w:pPr>
          </w:p>
        </w:tc>
        <w:tc>
          <w:tcPr>
            <w:tcW w:w="1728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4490136" w14:textId="77777777" w:rsidR="00CA15A3" w:rsidRDefault="00CA15A3">
            <w:pPr>
              <w:spacing w:after="0"/>
              <w:jc w:val="center"/>
            </w:pPr>
          </w:p>
        </w:tc>
        <w:tc>
          <w:tcPr>
            <w:tcW w:w="259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FC02DF1" w14:textId="77777777" w:rsidR="00CA15A3" w:rsidRDefault="00CA15A3">
            <w:pPr>
              <w:spacing w:after="0"/>
            </w:pPr>
          </w:p>
        </w:tc>
      </w:tr>
      <w:tr w:rsidR="00CA15A3" w14:paraId="5AF4FEA3" w14:textId="77777777">
        <w:trPr>
          <w:cantSplit/>
          <w:jc w:val="center"/>
        </w:trPr>
        <w:tc>
          <w:tcPr>
            <w:tcW w:w="115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CAA0331" w14:textId="77777777" w:rsidR="00CA15A3" w:rsidRDefault="00000000">
            <w:pPr>
              <w:spacing w:after="0"/>
              <w:jc w:val="center"/>
            </w:pPr>
            <w:r>
              <w:rPr>
                <w:b/>
                <w:sz w:val="17"/>
              </w:rPr>
              <w:t>2</w:t>
            </w:r>
          </w:p>
        </w:tc>
        <w:tc>
          <w:tcPr>
            <w:tcW w:w="504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14933E3" w14:textId="77777777" w:rsidR="00CA15A3" w:rsidRDefault="00CA15A3">
            <w:pPr>
              <w:spacing w:after="0"/>
            </w:pPr>
          </w:p>
        </w:tc>
        <w:tc>
          <w:tcPr>
            <w:tcW w:w="1728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585113" w14:textId="77777777" w:rsidR="00CA15A3" w:rsidRDefault="00CA15A3">
            <w:pPr>
              <w:spacing w:after="0"/>
              <w:jc w:val="center"/>
            </w:pPr>
          </w:p>
        </w:tc>
        <w:tc>
          <w:tcPr>
            <w:tcW w:w="259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72B15ED" w14:textId="77777777" w:rsidR="00CA15A3" w:rsidRDefault="00CA15A3">
            <w:pPr>
              <w:spacing w:after="0"/>
            </w:pPr>
          </w:p>
        </w:tc>
      </w:tr>
      <w:tr w:rsidR="00CA15A3" w14:paraId="12EB2D92" w14:textId="77777777">
        <w:trPr>
          <w:cantSplit/>
          <w:jc w:val="center"/>
        </w:trPr>
        <w:tc>
          <w:tcPr>
            <w:tcW w:w="115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D98F61" w14:textId="77777777" w:rsidR="00CA15A3" w:rsidRDefault="00000000">
            <w:pPr>
              <w:spacing w:after="0"/>
              <w:jc w:val="center"/>
            </w:pPr>
            <w:r>
              <w:rPr>
                <w:b/>
                <w:sz w:val="17"/>
              </w:rPr>
              <w:t>3</w:t>
            </w:r>
          </w:p>
        </w:tc>
        <w:tc>
          <w:tcPr>
            <w:tcW w:w="504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C5E3FC0" w14:textId="77777777" w:rsidR="00CA15A3" w:rsidRDefault="00CA15A3">
            <w:pPr>
              <w:spacing w:after="0"/>
            </w:pPr>
          </w:p>
        </w:tc>
        <w:tc>
          <w:tcPr>
            <w:tcW w:w="1728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6C0757A" w14:textId="77777777" w:rsidR="00CA15A3" w:rsidRDefault="00CA15A3">
            <w:pPr>
              <w:spacing w:after="0"/>
              <w:jc w:val="center"/>
            </w:pPr>
          </w:p>
        </w:tc>
        <w:tc>
          <w:tcPr>
            <w:tcW w:w="259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67A329" w14:textId="77777777" w:rsidR="00CA15A3" w:rsidRDefault="00CA15A3">
            <w:pPr>
              <w:spacing w:after="0"/>
            </w:pPr>
          </w:p>
        </w:tc>
      </w:tr>
      <w:tr w:rsidR="00CA15A3" w14:paraId="0AD04741" w14:textId="77777777">
        <w:trPr>
          <w:cantSplit/>
          <w:jc w:val="center"/>
        </w:trPr>
        <w:tc>
          <w:tcPr>
            <w:tcW w:w="115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33FED10" w14:textId="77777777" w:rsidR="00CA15A3" w:rsidRDefault="00000000">
            <w:pPr>
              <w:spacing w:after="0"/>
              <w:jc w:val="center"/>
            </w:pPr>
            <w:r>
              <w:rPr>
                <w:b/>
                <w:sz w:val="17"/>
              </w:rPr>
              <w:t>4</w:t>
            </w:r>
          </w:p>
        </w:tc>
        <w:tc>
          <w:tcPr>
            <w:tcW w:w="504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6767367" w14:textId="77777777" w:rsidR="00CA15A3" w:rsidRDefault="00CA15A3">
            <w:pPr>
              <w:spacing w:after="0"/>
            </w:pPr>
          </w:p>
        </w:tc>
        <w:tc>
          <w:tcPr>
            <w:tcW w:w="1728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936022C" w14:textId="77777777" w:rsidR="00CA15A3" w:rsidRDefault="00CA15A3">
            <w:pPr>
              <w:spacing w:after="0"/>
              <w:jc w:val="center"/>
            </w:pPr>
          </w:p>
        </w:tc>
        <w:tc>
          <w:tcPr>
            <w:tcW w:w="259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7FE1DF7" w14:textId="77777777" w:rsidR="00CA15A3" w:rsidRDefault="00CA15A3">
            <w:pPr>
              <w:spacing w:after="0"/>
            </w:pPr>
          </w:p>
        </w:tc>
      </w:tr>
      <w:tr w:rsidR="00CA15A3" w14:paraId="6C2758A1" w14:textId="77777777">
        <w:trPr>
          <w:cantSplit/>
          <w:jc w:val="center"/>
        </w:trPr>
        <w:tc>
          <w:tcPr>
            <w:tcW w:w="115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34A36C4" w14:textId="77777777" w:rsidR="00CA15A3" w:rsidRDefault="00000000">
            <w:pPr>
              <w:spacing w:after="0"/>
              <w:jc w:val="center"/>
            </w:pPr>
            <w:r>
              <w:rPr>
                <w:b/>
                <w:sz w:val="17"/>
              </w:rPr>
              <w:t>5</w:t>
            </w:r>
          </w:p>
        </w:tc>
        <w:tc>
          <w:tcPr>
            <w:tcW w:w="504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123F937" w14:textId="77777777" w:rsidR="00CA15A3" w:rsidRDefault="00CA15A3">
            <w:pPr>
              <w:spacing w:after="0"/>
            </w:pPr>
          </w:p>
        </w:tc>
        <w:tc>
          <w:tcPr>
            <w:tcW w:w="1728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1C57C5" w14:textId="77777777" w:rsidR="00CA15A3" w:rsidRDefault="00CA15A3">
            <w:pPr>
              <w:spacing w:after="0"/>
              <w:jc w:val="center"/>
            </w:pPr>
          </w:p>
        </w:tc>
        <w:tc>
          <w:tcPr>
            <w:tcW w:w="259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6600186" w14:textId="77777777" w:rsidR="00CA15A3" w:rsidRDefault="00CA15A3">
            <w:pPr>
              <w:spacing w:after="0"/>
            </w:pPr>
          </w:p>
        </w:tc>
      </w:tr>
    </w:tbl>
    <w:p w14:paraId="3C80085B" w14:textId="77777777" w:rsidR="00CA15A3" w:rsidRDefault="00000000">
      <w:pPr>
        <w:keepNext/>
        <w:spacing w:before="100" w:after="40"/>
      </w:pPr>
      <w:r>
        <w:rPr>
          <w:b/>
          <w:color w:val="E86424"/>
          <w:sz w:val="18"/>
        </w:rPr>
        <w:t>Required Supporting Documents</w:t>
      </w:r>
    </w:p>
    <w:tbl>
      <w:tblPr>
        <w:tblW w:w="0" w:type="auto"/>
        <w:jc w:val="center"/>
        <w:tblBorders>
          <w:top w:val="single" w:sz="6" w:space="0" w:color="E86424"/>
          <w:left w:val="single" w:sz="6" w:space="0" w:color="E86424"/>
          <w:bottom w:val="single" w:sz="6" w:space="0" w:color="E86424"/>
          <w:right w:val="single" w:sz="6" w:space="0" w:color="E86424"/>
          <w:insideH w:val="single" w:sz="4" w:space="0" w:color="E86424"/>
          <w:insideV w:val="single" w:sz="4" w:space="0" w:color="E86424"/>
        </w:tblBorders>
        <w:tblLook w:val="04A0" w:firstRow="1" w:lastRow="0" w:firstColumn="1" w:lastColumn="0" w:noHBand="0" w:noVBand="1"/>
      </w:tblPr>
      <w:tblGrid>
        <w:gridCol w:w="1152"/>
        <w:gridCol w:w="7920"/>
        <w:gridCol w:w="1440"/>
      </w:tblGrid>
      <w:tr w:rsidR="00CA15A3" w14:paraId="73CC97F6" w14:textId="77777777">
        <w:trPr>
          <w:cantSplit/>
          <w:tblHeader/>
          <w:jc w:val="center"/>
        </w:trPr>
        <w:tc>
          <w:tcPr>
            <w:tcW w:w="1152" w:type="dxa"/>
            <w:shd w:val="clear" w:color="auto" w:fill="FCE8DD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6CD6C3E" w14:textId="77777777" w:rsidR="00CA15A3" w:rsidRDefault="00000000">
            <w:pPr>
              <w:spacing w:after="0"/>
              <w:jc w:val="center"/>
            </w:pPr>
            <w:r>
              <w:rPr>
                <w:b/>
                <w:sz w:val="17"/>
              </w:rPr>
              <w:t>No.</w:t>
            </w:r>
          </w:p>
        </w:tc>
        <w:tc>
          <w:tcPr>
            <w:tcW w:w="7920" w:type="dxa"/>
            <w:shd w:val="clear" w:color="auto" w:fill="FCE8DD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1BE508D" w14:textId="77777777" w:rsidR="00CA15A3" w:rsidRDefault="00000000" w:rsidP="00A624BA">
            <w:pPr>
              <w:spacing w:after="0"/>
              <w:jc w:val="center"/>
            </w:pPr>
            <w:r>
              <w:rPr>
                <w:b/>
                <w:sz w:val="17"/>
              </w:rPr>
              <w:t>Document Description</w:t>
            </w:r>
          </w:p>
        </w:tc>
        <w:tc>
          <w:tcPr>
            <w:tcW w:w="1440" w:type="dxa"/>
            <w:shd w:val="clear" w:color="auto" w:fill="FCE8DD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D251CBE" w14:textId="77777777" w:rsidR="00CA15A3" w:rsidRDefault="00000000">
            <w:pPr>
              <w:spacing w:after="0"/>
              <w:jc w:val="center"/>
            </w:pPr>
            <w:r>
              <w:rPr>
                <w:b/>
                <w:sz w:val="17"/>
              </w:rPr>
              <w:t>Check</w:t>
            </w:r>
          </w:p>
        </w:tc>
      </w:tr>
      <w:tr w:rsidR="00CA15A3" w14:paraId="0E330AA2" w14:textId="77777777">
        <w:trPr>
          <w:cantSplit/>
          <w:jc w:val="center"/>
        </w:trPr>
        <w:tc>
          <w:tcPr>
            <w:tcW w:w="115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AEEAAA3" w14:textId="77777777" w:rsidR="00CA15A3" w:rsidRDefault="00000000">
            <w:pPr>
              <w:spacing w:after="0"/>
              <w:jc w:val="center"/>
            </w:pPr>
            <w:r>
              <w:rPr>
                <w:b/>
                <w:sz w:val="17"/>
              </w:rPr>
              <w:t>1</w:t>
            </w:r>
          </w:p>
        </w:tc>
        <w:tc>
          <w:tcPr>
            <w:tcW w:w="792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114E2D8" w14:textId="77777777" w:rsidR="00CA15A3" w:rsidRDefault="00000000" w:rsidP="00A624BA">
            <w:pPr>
              <w:spacing w:after="0"/>
              <w:jc w:val="center"/>
            </w:pPr>
            <w:r>
              <w:rPr>
                <w:sz w:val="17"/>
              </w:rPr>
              <w:t>Copy of National ID</w:t>
            </w:r>
          </w:p>
        </w:tc>
        <w:tc>
          <w:tcPr>
            <w:tcW w:w="144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94F31B7" w14:textId="77777777" w:rsidR="00CA15A3" w:rsidRDefault="00000000">
            <w:pPr>
              <w:spacing w:after="0"/>
              <w:jc w:val="center"/>
            </w:pPr>
            <w:r>
              <w:rPr>
                <w:sz w:val="17"/>
              </w:rPr>
              <w:t>(   )</w:t>
            </w:r>
          </w:p>
        </w:tc>
      </w:tr>
      <w:tr w:rsidR="00CA15A3" w14:paraId="416F02E6" w14:textId="77777777">
        <w:trPr>
          <w:cantSplit/>
          <w:jc w:val="center"/>
        </w:trPr>
        <w:tc>
          <w:tcPr>
            <w:tcW w:w="115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72B9CF7" w14:textId="77777777" w:rsidR="00CA15A3" w:rsidRDefault="00000000">
            <w:pPr>
              <w:spacing w:after="0"/>
              <w:jc w:val="center"/>
            </w:pPr>
            <w:r>
              <w:rPr>
                <w:b/>
                <w:sz w:val="17"/>
              </w:rPr>
              <w:t>2</w:t>
            </w:r>
          </w:p>
        </w:tc>
        <w:tc>
          <w:tcPr>
            <w:tcW w:w="792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F318317" w14:textId="77777777" w:rsidR="00CA15A3" w:rsidRDefault="00000000" w:rsidP="00A624BA">
            <w:pPr>
              <w:spacing w:after="0"/>
              <w:jc w:val="center"/>
            </w:pPr>
            <w:r>
              <w:rPr>
                <w:sz w:val="17"/>
              </w:rPr>
              <w:t>Official Child Verification Certificate issued by Village Chief</w:t>
            </w:r>
          </w:p>
        </w:tc>
        <w:tc>
          <w:tcPr>
            <w:tcW w:w="144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97ED2EF" w14:textId="77777777" w:rsidR="00CA15A3" w:rsidRDefault="00000000">
            <w:pPr>
              <w:spacing w:after="0"/>
              <w:jc w:val="center"/>
            </w:pPr>
            <w:r>
              <w:rPr>
                <w:sz w:val="17"/>
              </w:rPr>
              <w:t>(   )</w:t>
            </w:r>
          </w:p>
        </w:tc>
      </w:tr>
      <w:tr w:rsidR="00CA15A3" w14:paraId="75FA4B98" w14:textId="77777777">
        <w:trPr>
          <w:cantSplit/>
          <w:jc w:val="center"/>
        </w:trPr>
        <w:tc>
          <w:tcPr>
            <w:tcW w:w="115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ACF16DB" w14:textId="77777777" w:rsidR="00CA15A3" w:rsidRDefault="00000000">
            <w:pPr>
              <w:spacing w:after="0"/>
              <w:jc w:val="center"/>
            </w:pPr>
            <w:r>
              <w:rPr>
                <w:b/>
                <w:sz w:val="17"/>
              </w:rPr>
              <w:t>3</w:t>
            </w:r>
          </w:p>
        </w:tc>
        <w:tc>
          <w:tcPr>
            <w:tcW w:w="792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5ACBF93" w14:textId="77777777" w:rsidR="00CA15A3" w:rsidRDefault="00000000" w:rsidP="00A624BA">
            <w:pPr>
              <w:spacing w:after="0"/>
              <w:jc w:val="center"/>
            </w:pPr>
            <w:r>
              <w:rPr>
                <w:sz w:val="17"/>
              </w:rPr>
              <w:t>Income Proof - M-Pesa Statement</w:t>
            </w:r>
          </w:p>
        </w:tc>
        <w:tc>
          <w:tcPr>
            <w:tcW w:w="144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F3E5972" w14:textId="77777777" w:rsidR="00CA15A3" w:rsidRDefault="00000000">
            <w:pPr>
              <w:spacing w:after="0"/>
              <w:jc w:val="center"/>
            </w:pPr>
            <w:r>
              <w:rPr>
                <w:sz w:val="17"/>
              </w:rPr>
              <w:t>(   )</w:t>
            </w:r>
          </w:p>
        </w:tc>
      </w:tr>
      <w:tr w:rsidR="00CA15A3" w14:paraId="6D4EA0EC" w14:textId="77777777">
        <w:trPr>
          <w:cantSplit/>
          <w:jc w:val="center"/>
        </w:trPr>
        <w:tc>
          <w:tcPr>
            <w:tcW w:w="115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E32F69D" w14:textId="77777777" w:rsidR="00CA15A3" w:rsidRDefault="00000000">
            <w:pPr>
              <w:spacing w:after="0"/>
              <w:jc w:val="center"/>
            </w:pPr>
            <w:r>
              <w:rPr>
                <w:b/>
                <w:sz w:val="17"/>
              </w:rPr>
              <w:t>4</w:t>
            </w:r>
          </w:p>
        </w:tc>
        <w:tc>
          <w:tcPr>
            <w:tcW w:w="792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42BAA32" w14:textId="77777777" w:rsidR="00CA15A3" w:rsidRDefault="00000000" w:rsidP="00A624BA">
            <w:pPr>
              <w:spacing w:after="0"/>
              <w:jc w:val="center"/>
            </w:pPr>
            <w:r>
              <w:rPr>
                <w:sz w:val="17"/>
              </w:rPr>
              <w:t>Income Proof - Personal Bank Account Statement</w:t>
            </w:r>
          </w:p>
        </w:tc>
        <w:tc>
          <w:tcPr>
            <w:tcW w:w="144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A2D0CBE" w14:textId="77777777" w:rsidR="00CA15A3" w:rsidRDefault="00000000">
            <w:pPr>
              <w:spacing w:after="0"/>
              <w:jc w:val="center"/>
            </w:pPr>
            <w:r>
              <w:rPr>
                <w:sz w:val="17"/>
              </w:rPr>
              <w:t>(   )</w:t>
            </w:r>
          </w:p>
        </w:tc>
      </w:tr>
    </w:tbl>
    <w:p w14:paraId="7C807E02" w14:textId="77777777" w:rsidR="00CA15A3" w:rsidRDefault="00000000">
      <w:pPr>
        <w:keepNext/>
        <w:pBdr>
          <w:bottom w:val="single" w:sz="12" w:space="3" w:color="E86424"/>
        </w:pBdr>
        <w:spacing w:before="200" w:after="80"/>
      </w:pPr>
      <w:r>
        <w:rPr>
          <w:b/>
          <w:color w:val="E86424"/>
          <w:sz w:val="21"/>
        </w:rPr>
        <w:t>5. UNEMPLOYED WOMAN</w:t>
      </w:r>
    </w:p>
    <w:tbl>
      <w:tblPr>
        <w:tblW w:w="0" w:type="auto"/>
        <w:jc w:val="center"/>
        <w:tblBorders>
          <w:top w:val="single" w:sz="6" w:space="0" w:color="E86424"/>
          <w:left w:val="single" w:sz="6" w:space="0" w:color="E86424"/>
          <w:bottom w:val="single" w:sz="6" w:space="0" w:color="E86424"/>
          <w:right w:val="single" w:sz="6" w:space="0" w:color="E86424"/>
          <w:insideH w:val="single" w:sz="4" w:space="0" w:color="E86424"/>
          <w:insideV w:val="single" w:sz="4" w:space="0" w:color="E86424"/>
        </w:tblBorders>
        <w:tblLook w:val="04A0" w:firstRow="1" w:lastRow="0" w:firstColumn="1" w:lastColumn="0" w:noHBand="0" w:noVBand="1"/>
      </w:tblPr>
      <w:tblGrid>
        <w:gridCol w:w="4752"/>
        <w:gridCol w:w="5760"/>
      </w:tblGrid>
      <w:tr w:rsidR="00CA15A3" w14:paraId="3732615D" w14:textId="77777777">
        <w:trPr>
          <w:cantSplit/>
          <w:jc w:val="center"/>
        </w:trPr>
        <w:tc>
          <w:tcPr>
            <w:tcW w:w="4752" w:type="dxa"/>
            <w:shd w:val="clear" w:color="auto" w:fill="FDF0E9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686F11BA" w14:textId="77777777" w:rsidR="00CA15A3" w:rsidRDefault="00000000" w:rsidP="00A624BA">
            <w:pPr>
              <w:spacing w:after="0"/>
              <w:jc w:val="center"/>
            </w:pPr>
            <w:r>
              <w:rPr>
                <w:b/>
                <w:sz w:val="17"/>
              </w:rPr>
              <w:t>Are you currently employed?</w:t>
            </w:r>
          </w:p>
        </w:tc>
        <w:tc>
          <w:tcPr>
            <w:tcW w:w="5760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08080848" w14:textId="77777777" w:rsidR="00CA15A3" w:rsidRDefault="00000000">
            <w:pPr>
              <w:spacing w:after="0"/>
            </w:pPr>
            <w:r>
              <w:rPr>
                <w:sz w:val="17"/>
              </w:rPr>
              <w:t>(   ) Yes     (   ) No</w:t>
            </w:r>
          </w:p>
        </w:tc>
      </w:tr>
      <w:tr w:rsidR="00CA15A3" w14:paraId="6A17EC34" w14:textId="77777777">
        <w:trPr>
          <w:cantSplit/>
          <w:jc w:val="center"/>
        </w:trPr>
        <w:tc>
          <w:tcPr>
            <w:tcW w:w="4752" w:type="dxa"/>
            <w:shd w:val="clear" w:color="auto" w:fill="FDF0E9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22CDF0E6" w14:textId="77777777" w:rsidR="00CA15A3" w:rsidRDefault="00000000" w:rsidP="00A624BA">
            <w:pPr>
              <w:spacing w:after="0"/>
              <w:jc w:val="center"/>
            </w:pPr>
            <w:r>
              <w:rPr>
                <w:b/>
                <w:sz w:val="17"/>
              </w:rPr>
              <w:t>Date you stopped working</w:t>
            </w:r>
          </w:p>
        </w:tc>
        <w:tc>
          <w:tcPr>
            <w:tcW w:w="5760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519F5F4D" w14:textId="77777777" w:rsidR="00CA15A3" w:rsidRDefault="00000000">
            <w:pPr>
              <w:spacing w:after="0"/>
            </w:pPr>
            <w:r>
              <w:rPr>
                <w:sz w:val="17"/>
              </w:rPr>
              <w:t>YYYY. MM. DD.</w:t>
            </w:r>
          </w:p>
        </w:tc>
      </w:tr>
      <w:tr w:rsidR="00CA15A3" w14:paraId="7FDDCC42" w14:textId="77777777">
        <w:trPr>
          <w:cantSplit/>
          <w:jc w:val="center"/>
        </w:trPr>
        <w:tc>
          <w:tcPr>
            <w:tcW w:w="4752" w:type="dxa"/>
            <w:shd w:val="clear" w:color="auto" w:fill="FDF0E9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32CD81ED" w14:textId="77777777" w:rsidR="00CA15A3" w:rsidRDefault="00000000" w:rsidP="00A624BA">
            <w:pPr>
              <w:spacing w:after="0"/>
              <w:jc w:val="center"/>
            </w:pPr>
            <w:r>
              <w:rPr>
                <w:b/>
                <w:sz w:val="17"/>
              </w:rPr>
              <w:t>Length of Unemployment (Select one)</w:t>
            </w:r>
          </w:p>
        </w:tc>
        <w:tc>
          <w:tcPr>
            <w:tcW w:w="5760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10FE1E51" w14:textId="77777777" w:rsidR="00CA15A3" w:rsidRDefault="00000000">
            <w:pPr>
              <w:spacing w:after="0"/>
            </w:pPr>
            <w:r>
              <w:rPr>
                <w:sz w:val="17"/>
              </w:rPr>
              <w:t>(   ) 1-2 years   (   ) 2-3 years   (   ) More than 3 years</w:t>
            </w:r>
          </w:p>
        </w:tc>
      </w:tr>
      <w:tr w:rsidR="00CA15A3" w14:paraId="3B9A7DA0" w14:textId="77777777">
        <w:trPr>
          <w:cantSplit/>
          <w:jc w:val="center"/>
        </w:trPr>
        <w:tc>
          <w:tcPr>
            <w:tcW w:w="4752" w:type="dxa"/>
            <w:shd w:val="clear" w:color="auto" w:fill="FDF0E9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7AF20113" w14:textId="77777777" w:rsidR="00CA15A3" w:rsidRDefault="00000000" w:rsidP="00A624BA">
            <w:pPr>
              <w:spacing w:after="0"/>
              <w:jc w:val="center"/>
            </w:pPr>
            <w:r>
              <w:rPr>
                <w:b/>
                <w:sz w:val="17"/>
              </w:rPr>
              <w:t>Previous Occupation</w:t>
            </w:r>
          </w:p>
        </w:tc>
        <w:tc>
          <w:tcPr>
            <w:tcW w:w="5760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312034E8" w14:textId="77777777" w:rsidR="00CA15A3" w:rsidRDefault="00CA15A3">
            <w:pPr>
              <w:spacing w:after="0"/>
            </w:pPr>
          </w:p>
        </w:tc>
      </w:tr>
      <w:tr w:rsidR="00CA15A3" w14:paraId="2384320B" w14:textId="77777777">
        <w:trPr>
          <w:cantSplit/>
          <w:jc w:val="center"/>
        </w:trPr>
        <w:tc>
          <w:tcPr>
            <w:tcW w:w="4752" w:type="dxa"/>
            <w:shd w:val="clear" w:color="auto" w:fill="FDF0E9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30D238B2" w14:textId="77777777" w:rsidR="00CA15A3" w:rsidRDefault="00000000" w:rsidP="00A624BA">
            <w:pPr>
              <w:spacing w:after="0"/>
              <w:jc w:val="center"/>
            </w:pPr>
            <w:r>
              <w:rPr>
                <w:b/>
                <w:sz w:val="17"/>
              </w:rPr>
              <w:t>Reason for Unemployment</w:t>
            </w:r>
          </w:p>
        </w:tc>
        <w:tc>
          <w:tcPr>
            <w:tcW w:w="5760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0BD5C8C7" w14:textId="77777777" w:rsidR="00CA15A3" w:rsidRDefault="00CA15A3">
            <w:pPr>
              <w:spacing w:after="0"/>
            </w:pPr>
          </w:p>
        </w:tc>
      </w:tr>
    </w:tbl>
    <w:p w14:paraId="218088DE" w14:textId="77777777" w:rsidR="00CA15A3" w:rsidRDefault="00000000">
      <w:pPr>
        <w:keepNext/>
        <w:spacing w:before="100" w:after="40"/>
      </w:pPr>
      <w:r>
        <w:rPr>
          <w:b/>
          <w:color w:val="E86424"/>
          <w:sz w:val="18"/>
        </w:rPr>
        <w:t>Required Supporting Documents</w:t>
      </w:r>
    </w:p>
    <w:tbl>
      <w:tblPr>
        <w:tblW w:w="0" w:type="auto"/>
        <w:jc w:val="center"/>
        <w:tblBorders>
          <w:top w:val="single" w:sz="6" w:space="0" w:color="E86424"/>
          <w:left w:val="single" w:sz="6" w:space="0" w:color="E86424"/>
          <w:bottom w:val="single" w:sz="6" w:space="0" w:color="E86424"/>
          <w:right w:val="single" w:sz="6" w:space="0" w:color="E86424"/>
          <w:insideH w:val="single" w:sz="4" w:space="0" w:color="E86424"/>
          <w:insideV w:val="single" w:sz="4" w:space="0" w:color="E86424"/>
        </w:tblBorders>
        <w:tblLook w:val="04A0" w:firstRow="1" w:lastRow="0" w:firstColumn="1" w:lastColumn="0" w:noHBand="0" w:noVBand="1"/>
      </w:tblPr>
      <w:tblGrid>
        <w:gridCol w:w="1152"/>
        <w:gridCol w:w="7920"/>
        <w:gridCol w:w="1440"/>
      </w:tblGrid>
      <w:tr w:rsidR="00CA15A3" w14:paraId="1001E60E" w14:textId="77777777">
        <w:trPr>
          <w:cantSplit/>
          <w:tblHeader/>
          <w:jc w:val="center"/>
        </w:trPr>
        <w:tc>
          <w:tcPr>
            <w:tcW w:w="1152" w:type="dxa"/>
            <w:shd w:val="clear" w:color="auto" w:fill="FCE8DD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0F8151" w14:textId="77777777" w:rsidR="00CA15A3" w:rsidRDefault="00000000">
            <w:pPr>
              <w:spacing w:after="0"/>
              <w:jc w:val="center"/>
            </w:pPr>
            <w:r>
              <w:rPr>
                <w:b/>
                <w:sz w:val="17"/>
              </w:rPr>
              <w:t>No.</w:t>
            </w:r>
          </w:p>
        </w:tc>
        <w:tc>
          <w:tcPr>
            <w:tcW w:w="7920" w:type="dxa"/>
            <w:shd w:val="clear" w:color="auto" w:fill="FCE8DD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CE0E401" w14:textId="77777777" w:rsidR="00CA15A3" w:rsidRDefault="00000000" w:rsidP="00A624BA">
            <w:pPr>
              <w:spacing w:after="0"/>
              <w:jc w:val="center"/>
            </w:pPr>
            <w:r>
              <w:rPr>
                <w:b/>
                <w:sz w:val="17"/>
              </w:rPr>
              <w:t>Document Description</w:t>
            </w:r>
          </w:p>
        </w:tc>
        <w:tc>
          <w:tcPr>
            <w:tcW w:w="1440" w:type="dxa"/>
            <w:shd w:val="clear" w:color="auto" w:fill="FCE8DD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A97E390" w14:textId="77777777" w:rsidR="00CA15A3" w:rsidRDefault="00000000">
            <w:pPr>
              <w:spacing w:after="0"/>
              <w:jc w:val="center"/>
            </w:pPr>
            <w:r>
              <w:rPr>
                <w:b/>
                <w:sz w:val="17"/>
              </w:rPr>
              <w:t>Check</w:t>
            </w:r>
          </w:p>
        </w:tc>
      </w:tr>
      <w:tr w:rsidR="00CA15A3" w14:paraId="24FD2CF8" w14:textId="77777777">
        <w:trPr>
          <w:cantSplit/>
          <w:jc w:val="center"/>
        </w:trPr>
        <w:tc>
          <w:tcPr>
            <w:tcW w:w="115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3E3594A" w14:textId="77777777" w:rsidR="00CA15A3" w:rsidRDefault="00000000">
            <w:pPr>
              <w:spacing w:after="0"/>
              <w:jc w:val="center"/>
            </w:pPr>
            <w:r>
              <w:rPr>
                <w:b/>
                <w:sz w:val="17"/>
              </w:rPr>
              <w:t>1</w:t>
            </w:r>
          </w:p>
        </w:tc>
        <w:tc>
          <w:tcPr>
            <w:tcW w:w="792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3E53A2F" w14:textId="77777777" w:rsidR="00CA15A3" w:rsidRDefault="00000000" w:rsidP="00A624BA">
            <w:pPr>
              <w:spacing w:after="0"/>
              <w:jc w:val="center"/>
            </w:pPr>
            <w:r>
              <w:rPr>
                <w:sz w:val="17"/>
              </w:rPr>
              <w:t>Copy of National ID</w:t>
            </w:r>
          </w:p>
        </w:tc>
        <w:tc>
          <w:tcPr>
            <w:tcW w:w="144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BF5EFCB" w14:textId="77777777" w:rsidR="00CA15A3" w:rsidRDefault="00000000">
            <w:pPr>
              <w:spacing w:after="0"/>
              <w:jc w:val="center"/>
            </w:pPr>
            <w:r>
              <w:rPr>
                <w:sz w:val="17"/>
              </w:rPr>
              <w:t>(   )</w:t>
            </w:r>
          </w:p>
        </w:tc>
      </w:tr>
      <w:tr w:rsidR="00CA15A3" w14:paraId="23CADFBB" w14:textId="77777777">
        <w:trPr>
          <w:cantSplit/>
          <w:jc w:val="center"/>
        </w:trPr>
        <w:tc>
          <w:tcPr>
            <w:tcW w:w="115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FB2E111" w14:textId="77777777" w:rsidR="00CA15A3" w:rsidRDefault="00000000">
            <w:pPr>
              <w:spacing w:after="0"/>
              <w:jc w:val="center"/>
            </w:pPr>
            <w:r>
              <w:rPr>
                <w:b/>
                <w:sz w:val="17"/>
              </w:rPr>
              <w:t>2</w:t>
            </w:r>
          </w:p>
        </w:tc>
        <w:tc>
          <w:tcPr>
            <w:tcW w:w="792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C70FAC8" w14:textId="77777777" w:rsidR="00CA15A3" w:rsidRDefault="00000000" w:rsidP="00A624BA">
            <w:pPr>
              <w:spacing w:after="0"/>
              <w:jc w:val="center"/>
            </w:pPr>
            <w:r>
              <w:rPr>
                <w:sz w:val="17"/>
              </w:rPr>
              <w:t>NHIF Statement - Previous 12 Months</w:t>
            </w:r>
          </w:p>
        </w:tc>
        <w:tc>
          <w:tcPr>
            <w:tcW w:w="144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518794" w14:textId="77777777" w:rsidR="00CA15A3" w:rsidRDefault="00000000">
            <w:pPr>
              <w:spacing w:after="0"/>
              <w:jc w:val="center"/>
            </w:pPr>
            <w:r>
              <w:rPr>
                <w:sz w:val="17"/>
              </w:rPr>
              <w:t>(   )</w:t>
            </w:r>
          </w:p>
        </w:tc>
      </w:tr>
      <w:tr w:rsidR="00CA15A3" w14:paraId="21DFA0B2" w14:textId="77777777">
        <w:trPr>
          <w:cantSplit/>
          <w:jc w:val="center"/>
        </w:trPr>
        <w:tc>
          <w:tcPr>
            <w:tcW w:w="115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F5CDCB" w14:textId="77777777" w:rsidR="00CA15A3" w:rsidRDefault="00000000">
            <w:pPr>
              <w:spacing w:after="0"/>
              <w:jc w:val="center"/>
            </w:pPr>
            <w:r>
              <w:rPr>
                <w:b/>
                <w:sz w:val="17"/>
              </w:rPr>
              <w:t>3</w:t>
            </w:r>
          </w:p>
        </w:tc>
        <w:tc>
          <w:tcPr>
            <w:tcW w:w="792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8E4BBD0" w14:textId="77777777" w:rsidR="00CA15A3" w:rsidRDefault="00000000" w:rsidP="00A624BA">
            <w:pPr>
              <w:spacing w:after="0"/>
              <w:jc w:val="center"/>
            </w:pPr>
            <w:r>
              <w:rPr>
                <w:sz w:val="17"/>
              </w:rPr>
              <w:t>Income Proof - M-Pesa Statement</w:t>
            </w:r>
          </w:p>
        </w:tc>
        <w:tc>
          <w:tcPr>
            <w:tcW w:w="144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A05F6F4" w14:textId="77777777" w:rsidR="00CA15A3" w:rsidRDefault="00000000">
            <w:pPr>
              <w:spacing w:after="0"/>
              <w:jc w:val="center"/>
            </w:pPr>
            <w:r>
              <w:rPr>
                <w:sz w:val="17"/>
              </w:rPr>
              <w:t>(   )</w:t>
            </w:r>
          </w:p>
        </w:tc>
      </w:tr>
      <w:tr w:rsidR="00CA15A3" w14:paraId="66F1BF2D" w14:textId="77777777">
        <w:trPr>
          <w:cantSplit/>
          <w:jc w:val="center"/>
        </w:trPr>
        <w:tc>
          <w:tcPr>
            <w:tcW w:w="115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B248D08" w14:textId="77777777" w:rsidR="00CA15A3" w:rsidRDefault="00000000">
            <w:pPr>
              <w:spacing w:after="0"/>
              <w:jc w:val="center"/>
            </w:pPr>
            <w:r>
              <w:rPr>
                <w:b/>
                <w:sz w:val="17"/>
              </w:rPr>
              <w:t>4</w:t>
            </w:r>
          </w:p>
        </w:tc>
        <w:tc>
          <w:tcPr>
            <w:tcW w:w="792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4432081" w14:textId="77777777" w:rsidR="00CA15A3" w:rsidRDefault="00000000" w:rsidP="00A624BA">
            <w:pPr>
              <w:spacing w:after="0"/>
              <w:jc w:val="center"/>
            </w:pPr>
            <w:r>
              <w:rPr>
                <w:sz w:val="17"/>
              </w:rPr>
              <w:t>Income Proof - Personal Bank Account Statement</w:t>
            </w:r>
          </w:p>
        </w:tc>
        <w:tc>
          <w:tcPr>
            <w:tcW w:w="144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E42E254" w14:textId="77777777" w:rsidR="00CA15A3" w:rsidRDefault="00000000">
            <w:pPr>
              <w:spacing w:after="0"/>
              <w:jc w:val="center"/>
            </w:pPr>
            <w:r>
              <w:rPr>
                <w:sz w:val="17"/>
              </w:rPr>
              <w:t>(   )</w:t>
            </w:r>
          </w:p>
        </w:tc>
      </w:tr>
    </w:tbl>
    <w:p w14:paraId="63401B8E" w14:textId="77777777" w:rsidR="00CA15A3" w:rsidRDefault="00000000">
      <w:r>
        <w:br w:type="page"/>
      </w:r>
    </w:p>
    <w:p w14:paraId="2D6DFA3E" w14:textId="77777777" w:rsidR="00CA15A3" w:rsidRDefault="00000000">
      <w:pPr>
        <w:keepNext/>
        <w:pBdr>
          <w:bottom w:val="single" w:sz="12" w:space="3" w:color="E86424"/>
        </w:pBdr>
        <w:spacing w:before="200" w:after="80"/>
      </w:pPr>
      <w:r>
        <w:rPr>
          <w:b/>
          <w:color w:val="E86424"/>
          <w:sz w:val="21"/>
        </w:rPr>
        <w:lastRenderedPageBreak/>
        <w:t>6. INCOME &amp; FINANCIAL INFORMATION</w:t>
      </w:r>
    </w:p>
    <w:tbl>
      <w:tblPr>
        <w:tblW w:w="0" w:type="auto"/>
        <w:jc w:val="center"/>
        <w:tblBorders>
          <w:top w:val="single" w:sz="6" w:space="0" w:color="E86424"/>
          <w:left w:val="single" w:sz="6" w:space="0" w:color="E86424"/>
          <w:bottom w:val="single" w:sz="6" w:space="0" w:color="E86424"/>
          <w:right w:val="single" w:sz="6" w:space="0" w:color="E86424"/>
          <w:insideH w:val="single" w:sz="4" w:space="0" w:color="E86424"/>
          <w:insideV w:val="single" w:sz="4" w:space="0" w:color="E86424"/>
        </w:tblBorders>
        <w:tblLook w:val="04A0" w:firstRow="1" w:lastRow="0" w:firstColumn="1" w:lastColumn="0" w:noHBand="0" w:noVBand="1"/>
      </w:tblPr>
      <w:tblGrid>
        <w:gridCol w:w="4752"/>
        <w:gridCol w:w="5760"/>
      </w:tblGrid>
      <w:tr w:rsidR="00CA15A3" w14:paraId="130C204B" w14:textId="77777777">
        <w:trPr>
          <w:cantSplit/>
          <w:jc w:val="center"/>
        </w:trPr>
        <w:tc>
          <w:tcPr>
            <w:tcW w:w="4752" w:type="dxa"/>
            <w:shd w:val="clear" w:color="auto" w:fill="FDF0E9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6F25E653" w14:textId="77777777" w:rsidR="00CA15A3" w:rsidRDefault="00000000" w:rsidP="00A624BA">
            <w:pPr>
              <w:spacing w:after="0"/>
              <w:jc w:val="center"/>
            </w:pPr>
            <w:r>
              <w:rPr>
                <w:b/>
                <w:sz w:val="17"/>
              </w:rPr>
              <w:t>Current Source of Income</w:t>
            </w:r>
            <w:r>
              <w:rPr>
                <w:b/>
                <w:sz w:val="17"/>
              </w:rPr>
              <w:br/>
              <w:t>(Select all that apply)</w:t>
            </w:r>
          </w:p>
        </w:tc>
        <w:tc>
          <w:tcPr>
            <w:tcW w:w="5760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1C01FB23" w14:textId="77777777" w:rsidR="00CA15A3" w:rsidRDefault="00000000">
            <w:pPr>
              <w:spacing w:after="0"/>
            </w:pPr>
            <w:r>
              <w:rPr>
                <w:sz w:val="17"/>
              </w:rPr>
              <w:t>(   ) No Income   (   ) Casual Work   (   ) Small Business</w:t>
            </w:r>
            <w:r>
              <w:rPr>
                <w:sz w:val="17"/>
              </w:rPr>
              <w:br/>
              <w:t>(   ) Self-Employment   (   ) Other: ________________</w:t>
            </w:r>
          </w:p>
        </w:tc>
      </w:tr>
      <w:tr w:rsidR="00CA15A3" w14:paraId="2F276720" w14:textId="77777777">
        <w:trPr>
          <w:cantSplit/>
          <w:jc w:val="center"/>
        </w:trPr>
        <w:tc>
          <w:tcPr>
            <w:tcW w:w="4752" w:type="dxa"/>
            <w:shd w:val="clear" w:color="auto" w:fill="FDF0E9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533FA806" w14:textId="77777777" w:rsidR="00CA15A3" w:rsidRDefault="00000000" w:rsidP="00A624BA">
            <w:pPr>
              <w:spacing w:after="0"/>
              <w:jc w:val="center"/>
            </w:pPr>
            <w:r>
              <w:rPr>
                <w:b/>
                <w:sz w:val="17"/>
              </w:rPr>
              <w:t>Estimated Monthly Income</w:t>
            </w:r>
          </w:p>
        </w:tc>
        <w:tc>
          <w:tcPr>
            <w:tcW w:w="5760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4C1DD2A8" w14:textId="77777777" w:rsidR="00CA15A3" w:rsidRDefault="00CA15A3">
            <w:pPr>
              <w:spacing w:after="0"/>
            </w:pPr>
          </w:p>
        </w:tc>
      </w:tr>
      <w:tr w:rsidR="00CA15A3" w14:paraId="6876142D" w14:textId="77777777">
        <w:trPr>
          <w:cantSplit/>
          <w:jc w:val="center"/>
        </w:trPr>
        <w:tc>
          <w:tcPr>
            <w:tcW w:w="4752" w:type="dxa"/>
            <w:shd w:val="clear" w:color="auto" w:fill="FDF0E9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15AC0647" w14:textId="77777777" w:rsidR="00CA15A3" w:rsidRDefault="00000000" w:rsidP="00A624BA">
            <w:pPr>
              <w:spacing w:after="0"/>
              <w:jc w:val="center"/>
            </w:pPr>
            <w:r>
              <w:rPr>
                <w:b/>
                <w:sz w:val="17"/>
              </w:rPr>
              <w:t>Other Financial Support (If any)</w:t>
            </w:r>
          </w:p>
        </w:tc>
        <w:tc>
          <w:tcPr>
            <w:tcW w:w="5760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0379887F" w14:textId="77777777" w:rsidR="00CA15A3" w:rsidRDefault="00CA15A3">
            <w:pPr>
              <w:spacing w:after="0"/>
            </w:pPr>
          </w:p>
        </w:tc>
      </w:tr>
      <w:tr w:rsidR="00CA15A3" w14:paraId="3B4D0BE6" w14:textId="77777777">
        <w:trPr>
          <w:cantSplit/>
          <w:jc w:val="center"/>
        </w:trPr>
        <w:tc>
          <w:tcPr>
            <w:tcW w:w="4752" w:type="dxa"/>
            <w:shd w:val="clear" w:color="auto" w:fill="FDF0E9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14F0EA5A" w14:textId="77777777" w:rsidR="00CA15A3" w:rsidRDefault="00000000" w:rsidP="00A624BA">
            <w:pPr>
              <w:spacing w:after="0"/>
              <w:jc w:val="center"/>
            </w:pPr>
            <w:r>
              <w:rPr>
                <w:b/>
                <w:sz w:val="17"/>
              </w:rPr>
              <w:t>Briefly explain your financial situation:</w:t>
            </w:r>
          </w:p>
        </w:tc>
        <w:tc>
          <w:tcPr>
            <w:tcW w:w="5760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795B36AA" w14:textId="77777777" w:rsidR="00CA15A3" w:rsidRDefault="00000000">
            <w:pPr>
              <w:spacing w:after="0"/>
            </w:pPr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</w:p>
        </w:tc>
      </w:tr>
    </w:tbl>
    <w:p w14:paraId="15CE3F03" w14:textId="77777777" w:rsidR="00CA15A3" w:rsidRDefault="00000000">
      <w:pPr>
        <w:keepNext/>
        <w:pBdr>
          <w:bottom w:val="single" w:sz="12" w:space="3" w:color="E86424"/>
        </w:pBdr>
        <w:spacing w:before="200" w:after="80"/>
      </w:pPr>
      <w:r>
        <w:rPr>
          <w:b/>
          <w:color w:val="E86424"/>
          <w:sz w:val="21"/>
        </w:rPr>
        <w:t>7. TRAINING INFORMATION</w:t>
      </w:r>
    </w:p>
    <w:tbl>
      <w:tblPr>
        <w:tblW w:w="0" w:type="auto"/>
        <w:jc w:val="center"/>
        <w:tblBorders>
          <w:top w:val="single" w:sz="6" w:space="0" w:color="E86424"/>
          <w:left w:val="single" w:sz="6" w:space="0" w:color="E86424"/>
          <w:bottom w:val="single" w:sz="6" w:space="0" w:color="E86424"/>
          <w:right w:val="single" w:sz="6" w:space="0" w:color="E86424"/>
          <w:insideH w:val="single" w:sz="4" w:space="0" w:color="E86424"/>
          <w:insideV w:val="single" w:sz="4" w:space="0" w:color="E86424"/>
        </w:tblBorders>
        <w:tblLook w:val="04A0" w:firstRow="1" w:lastRow="0" w:firstColumn="1" w:lastColumn="0" w:noHBand="0" w:noVBand="1"/>
      </w:tblPr>
      <w:tblGrid>
        <w:gridCol w:w="4752"/>
        <w:gridCol w:w="5760"/>
      </w:tblGrid>
      <w:tr w:rsidR="00CA15A3" w14:paraId="741A0687" w14:textId="77777777">
        <w:trPr>
          <w:cantSplit/>
          <w:jc w:val="center"/>
        </w:trPr>
        <w:tc>
          <w:tcPr>
            <w:tcW w:w="4752" w:type="dxa"/>
            <w:shd w:val="clear" w:color="auto" w:fill="FDF0E9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2454225E" w14:textId="77777777" w:rsidR="00CA15A3" w:rsidRDefault="00000000" w:rsidP="00A624BA">
            <w:pPr>
              <w:spacing w:after="0"/>
              <w:jc w:val="center"/>
            </w:pPr>
            <w:r>
              <w:rPr>
                <w:b/>
                <w:sz w:val="17"/>
              </w:rPr>
              <w:t>Course Name</w:t>
            </w:r>
          </w:p>
        </w:tc>
        <w:tc>
          <w:tcPr>
            <w:tcW w:w="5760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4AB7468A" w14:textId="77777777" w:rsidR="00CA15A3" w:rsidRDefault="00CA15A3">
            <w:pPr>
              <w:spacing w:after="0"/>
            </w:pPr>
            <w:r>
              <w:t>(   ) Skin Care     (   ) Massage Therapy</w:t>
              <w:br/>
              <w:t>(   ) Hairdressing     (   ) Head Spa</w:t>
            </w:r>
          </w:p>
        </w:tc>
      </w:tr>
      <w:tr w:rsidR="00CA15A3" w14:paraId="23F8AE26" w14:textId="77777777">
        <w:trPr>
          <w:cantSplit/>
          <w:jc w:val="center"/>
        </w:trPr>
        <w:tc>
          <w:tcPr>
            <w:tcW w:w="4752" w:type="dxa"/>
            <w:shd w:val="clear" w:color="auto" w:fill="FDF0E9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2579668D" w14:textId="77777777" w:rsidR="00CA15A3" w:rsidRDefault="00000000" w:rsidP="00A624BA">
            <w:pPr>
              <w:spacing w:after="0"/>
              <w:jc w:val="center"/>
            </w:pPr>
            <w:r>
              <w:rPr>
                <w:b/>
                <w:sz w:val="17"/>
              </w:rPr>
              <w:t>Training Duration &amp; Preferred Start Date</w:t>
            </w:r>
          </w:p>
        </w:tc>
        <w:tc>
          <w:tcPr>
            <w:tcW w:w="5760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3D5FEC4A" w14:textId="77777777" w:rsidR="00CA15A3" w:rsidRDefault="00000000">
            <w:pPr>
              <w:spacing w:after="0"/>
            </w:pPr>
            <w:r>
              <w:rPr>
                <w:sz w:val="17"/>
              </w:rPr>
              <w:t>Training Duration: _____________________</w:t>
            </w:r>
            <w:r>
              <w:rPr>
                <w:sz w:val="17"/>
              </w:rPr>
              <w:br/>
              <w:t>Preferred Start Date: YYYY. MM. DD.</w:t>
            </w:r>
          </w:p>
        </w:tc>
      </w:tr>
      <w:tr w:rsidR="00CA15A3" w14:paraId="181E1712" w14:textId="77777777">
        <w:trPr>
          <w:cantSplit/>
          <w:jc w:val="center"/>
        </w:trPr>
        <w:tc>
          <w:tcPr>
            <w:tcW w:w="4752" w:type="dxa"/>
            <w:shd w:val="clear" w:color="auto" w:fill="FDF0E9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163DA46D" w14:textId="77777777" w:rsidR="00CA15A3" w:rsidRDefault="00000000" w:rsidP="00A624BA">
            <w:pPr>
              <w:spacing w:after="0"/>
              <w:jc w:val="center"/>
            </w:pPr>
            <w:r>
              <w:rPr>
                <w:b/>
                <w:sz w:val="17"/>
              </w:rPr>
              <w:t>Why do you want to participate in this training?</w:t>
            </w:r>
          </w:p>
        </w:tc>
        <w:tc>
          <w:tcPr>
            <w:tcW w:w="5760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55D99B0D" w14:textId="77777777" w:rsidR="00CA15A3" w:rsidRDefault="00000000">
            <w:pPr>
              <w:spacing w:after="0"/>
            </w:pPr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</w:p>
        </w:tc>
      </w:tr>
      <w:tr w:rsidR="00CA15A3" w14:paraId="06197940" w14:textId="77777777">
        <w:trPr>
          <w:cantSplit/>
          <w:jc w:val="center"/>
        </w:trPr>
        <w:tc>
          <w:tcPr>
            <w:tcW w:w="4752" w:type="dxa"/>
            <w:shd w:val="clear" w:color="auto" w:fill="FDF0E9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5567BCBE" w14:textId="77777777" w:rsidR="00CA15A3" w:rsidRDefault="00000000" w:rsidP="00A624BA">
            <w:pPr>
              <w:spacing w:after="0"/>
              <w:jc w:val="center"/>
            </w:pPr>
            <w:r>
              <w:rPr>
                <w:b/>
                <w:sz w:val="17"/>
              </w:rPr>
              <w:t>Plan after completing training</w:t>
            </w:r>
            <w:r>
              <w:rPr>
                <w:b/>
                <w:sz w:val="17"/>
              </w:rPr>
              <w:br/>
              <w:t>(Select all that apply)</w:t>
            </w:r>
          </w:p>
        </w:tc>
        <w:tc>
          <w:tcPr>
            <w:tcW w:w="5760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07C0AF80" w14:textId="77777777" w:rsidR="00CA15A3" w:rsidRDefault="00000000">
            <w:pPr>
              <w:spacing w:after="0"/>
            </w:pPr>
            <w:r>
              <w:rPr>
                <w:sz w:val="17"/>
              </w:rPr>
              <w:t>(   ) Employment   (   ) Entrepreneurship</w:t>
            </w:r>
            <w:r>
              <w:rPr>
                <w:sz w:val="17"/>
              </w:rPr>
              <w:br/>
              <w:t>(   ) Further Training   (   ) Other</w:t>
            </w:r>
          </w:p>
        </w:tc>
      </w:tr>
      <w:tr w:rsidR="00CA15A3" w14:paraId="361BB00B" w14:textId="77777777">
        <w:trPr>
          <w:cantSplit/>
          <w:jc w:val="center"/>
        </w:trPr>
        <w:tc>
          <w:tcPr>
            <w:tcW w:w="4752" w:type="dxa"/>
            <w:shd w:val="clear" w:color="auto" w:fill="FDF0E9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1A4D4520" w14:textId="77777777" w:rsidR="00CA15A3" w:rsidRDefault="00000000" w:rsidP="00A624BA">
            <w:pPr>
              <w:spacing w:after="0"/>
              <w:jc w:val="center"/>
            </w:pPr>
            <w:r>
              <w:rPr>
                <w:b/>
                <w:sz w:val="17"/>
              </w:rPr>
              <w:t>Please explain your future plan:</w:t>
            </w:r>
          </w:p>
        </w:tc>
        <w:tc>
          <w:tcPr>
            <w:tcW w:w="5760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21618AEF" w14:textId="77777777" w:rsidR="00CA15A3" w:rsidRDefault="00000000">
            <w:pPr>
              <w:spacing w:after="0"/>
            </w:pPr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</w:p>
        </w:tc>
      </w:tr>
    </w:tbl>
    <w:p w14:paraId="5F3D58D5" w14:textId="77777777" w:rsidR="00CA15A3" w:rsidRDefault="00000000">
      <w:pPr>
        <w:keepNext/>
        <w:pBdr>
          <w:bottom w:val="single" w:sz="12" w:space="3" w:color="E86424"/>
        </w:pBdr>
        <w:spacing w:before="200" w:after="80"/>
      </w:pPr>
      <w:r>
        <w:rPr>
          <w:b/>
          <w:color w:val="E86424"/>
          <w:sz w:val="21"/>
        </w:rPr>
        <w:t>8. APPLICANT DECLARATION</w:t>
      </w:r>
    </w:p>
    <w:p w14:paraId="4F85BE1E" w14:textId="77777777" w:rsidR="00CA15A3" w:rsidRDefault="00000000">
      <w:pPr>
        <w:spacing w:after="60"/>
      </w:pPr>
      <w:r>
        <w:rPr>
          <w:sz w:val="17"/>
        </w:rPr>
        <w:t>1. I declare that all information provided in this application is true and accurate.</w:t>
      </w:r>
    </w:p>
    <w:p w14:paraId="58DB5D76" w14:textId="77777777" w:rsidR="00CA15A3" w:rsidRDefault="00000000">
      <w:pPr>
        <w:spacing w:after="60"/>
      </w:pPr>
      <w:r>
        <w:rPr>
          <w:sz w:val="17"/>
        </w:rPr>
        <w:t>2. I understand that the scholarship may be cancelled if any information or supporting document is found to be false or misleading.</w:t>
      </w:r>
    </w:p>
    <w:p w14:paraId="729D6C87" w14:textId="77777777" w:rsidR="00CA15A3" w:rsidRDefault="00000000">
      <w:pPr>
        <w:spacing w:after="60"/>
      </w:pPr>
      <w:r>
        <w:rPr>
          <w:sz w:val="17"/>
        </w:rPr>
        <w:t>3. I agree to attend the training regularly and comply with the rules and requirements of the training center.</w:t>
      </w:r>
    </w:p>
    <w:p w14:paraId="1C597021" w14:textId="77777777" w:rsidR="00CA15A3" w:rsidRDefault="00CA15A3">
      <w:pPr>
        <w:spacing w:before="60"/>
      </w:pPr>
    </w:p>
    <w:tbl>
      <w:tblPr>
        <w:tblW w:w="0" w:type="auto"/>
        <w:jc w:val="center"/>
        <w:tblBorders>
          <w:top w:val="single" w:sz="6" w:space="0" w:color="E86424"/>
          <w:left w:val="single" w:sz="6" w:space="0" w:color="E86424"/>
          <w:bottom w:val="single" w:sz="6" w:space="0" w:color="E86424"/>
          <w:right w:val="single" w:sz="6" w:space="0" w:color="E86424"/>
          <w:insideH w:val="single" w:sz="4" w:space="0" w:color="E86424"/>
          <w:insideV w:val="single" w:sz="4" w:space="0" w:color="E86424"/>
        </w:tblBorders>
        <w:tblLook w:val="04A0" w:firstRow="1" w:lastRow="0" w:firstColumn="1" w:lastColumn="0" w:noHBand="0" w:noVBand="1"/>
      </w:tblPr>
      <w:tblGrid>
        <w:gridCol w:w="3744"/>
        <w:gridCol w:w="3024"/>
        <w:gridCol w:w="3744"/>
      </w:tblGrid>
      <w:tr w:rsidR="00CA15A3" w14:paraId="3E091627" w14:textId="77777777">
        <w:trPr>
          <w:cantSplit/>
          <w:jc w:val="center"/>
        </w:trPr>
        <w:tc>
          <w:tcPr>
            <w:tcW w:w="374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E2F69D9" w14:textId="77777777" w:rsidR="00CA15A3" w:rsidRDefault="00000000">
            <w:pPr>
              <w:spacing w:after="0"/>
            </w:pPr>
            <w:r>
              <w:rPr>
                <w:b/>
                <w:sz w:val="17"/>
              </w:rPr>
              <w:t>Applicant Name</w:t>
            </w:r>
            <w:r>
              <w:rPr>
                <w:b/>
                <w:sz w:val="17"/>
              </w:rPr>
              <w:br/>
            </w:r>
            <w:r>
              <w:rPr>
                <w:b/>
                <w:sz w:val="17"/>
              </w:rPr>
              <w:br/>
            </w:r>
            <w:r>
              <w:rPr>
                <w:b/>
                <w:sz w:val="17"/>
              </w:rPr>
              <w:br/>
              <w:t>______________________</w:t>
            </w:r>
          </w:p>
        </w:tc>
        <w:tc>
          <w:tcPr>
            <w:tcW w:w="302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BFC64B9" w14:textId="77777777" w:rsidR="00CA15A3" w:rsidRDefault="00000000">
            <w:pPr>
              <w:spacing w:after="0"/>
            </w:pPr>
            <w:r>
              <w:rPr>
                <w:b/>
                <w:sz w:val="17"/>
              </w:rPr>
              <w:t>Date (YYYY. MM. DD.)</w:t>
            </w:r>
            <w:r>
              <w:rPr>
                <w:b/>
                <w:sz w:val="17"/>
              </w:rPr>
              <w:br/>
            </w:r>
            <w:r>
              <w:rPr>
                <w:b/>
                <w:sz w:val="17"/>
              </w:rPr>
              <w:br/>
            </w:r>
            <w:r>
              <w:rPr>
                <w:b/>
                <w:sz w:val="17"/>
              </w:rPr>
              <w:br/>
              <w:t>______________________</w:t>
            </w:r>
          </w:p>
        </w:tc>
        <w:tc>
          <w:tcPr>
            <w:tcW w:w="374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CB10491" w14:textId="77777777" w:rsidR="00CA15A3" w:rsidRDefault="00000000">
            <w:pPr>
              <w:spacing w:after="0"/>
            </w:pPr>
            <w:r>
              <w:rPr>
                <w:b/>
                <w:sz w:val="17"/>
              </w:rPr>
              <w:t>Signature</w:t>
            </w:r>
            <w:r>
              <w:rPr>
                <w:b/>
                <w:sz w:val="17"/>
              </w:rPr>
              <w:br/>
            </w:r>
            <w:r>
              <w:rPr>
                <w:b/>
                <w:sz w:val="17"/>
              </w:rPr>
              <w:br/>
            </w:r>
            <w:r>
              <w:rPr>
                <w:b/>
                <w:sz w:val="17"/>
              </w:rPr>
              <w:br/>
              <w:t>______________________</w:t>
            </w:r>
          </w:p>
        </w:tc>
      </w:tr>
    </w:tbl>
    <w:p w14:paraId="7DA3AA16" w14:textId="77777777" w:rsidR="00CA15A3" w:rsidRDefault="00000000">
      <w:pPr>
        <w:keepNext/>
        <w:pBdr>
          <w:bottom w:val="single" w:sz="12" w:space="3" w:color="E86424"/>
        </w:pBdr>
        <w:spacing w:before="200" w:after="80"/>
      </w:pPr>
      <w:r>
        <w:rPr>
          <w:b/>
          <w:color w:val="E86424"/>
          <w:sz w:val="21"/>
        </w:rPr>
        <w:t>FOR OFFICIAL USE ONLY</w:t>
      </w:r>
    </w:p>
    <w:tbl>
      <w:tblPr>
        <w:tblW w:w="0" w:type="auto"/>
        <w:jc w:val="center"/>
        <w:tblBorders>
          <w:top w:val="single" w:sz="6" w:space="0" w:color="E86424"/>
          <w:left w:val="single" w:sz="6" w:space="0" w:color="E86424"/>
          <w:bottom w:val="single" w:sz="6" w:space="0" w:color="E86424"/>
          <w:right w:val="single" w:sz="6" w:space="0" w:color="E86424"/>
          <w:insideH w:val="single" w:sz="4" w:space="0" w:color="E86424"/>
          <w:insideV w:val="single" w:sz="4" w:space="0" w:color="E86424"/>
        </w:tblBorders>
        <w:tblLook w:val="04A0" w:firstRow="1" w:lastRow="0" w:firstColumn="1" w:lastColumn="0" w:noHBand="0" w:noVBand="1"/>
      </w:tblPr>
      <w:tblGrid>
        <w:gridCol w:w="2628"/>
        <w:gridCol w:w="2628"/>
        <w:gridCol w:w="2628"/>
        <w:gridCol w:w="2628"/>
      </w:tblGrid>
      <w:tr w:rsidR="00CA15A3" w14:paraId="32410974" w14:textId="77777777">
        <w:trPr>
          <w:cantSplit/>
          <w:tblHeader/>
          <w:jc w:val="center"/>
        </w:trPr>
        <w:tc>
          <w:tcPr>
            <w:tcW w:w="2628" w:type="dxa"/>
            <w:shd w:val="clear" w:color="auto" w:fill="FCE8DD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0AC0F89E" w14:textId="77777777" w:rsidR="00CA15A3" w:rsidRDefault="00000000">
            <w:pPr>
              <w:spacing w:after="0"/>
              <w:jc w:val="center"/>
            </w:pPr>
            <w:r>
              <w:rPr>
                <w:b/>
                <w:sz w:val="17"/>
              </w:rPr>
              <w:t>Application No.</w:t>
            </w:r>
          </w:p>
        </w:tc>
        <w:tc>
          <w:tcPr>
            <w:tcW w:w="2628" w:type="dxa"/>
            <w:shd w:val="clear" w:color="auto" w:fill="FCE8DD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280E8B29" w14:textId="77777777" w:rsidR="00CA15A3" w:rsidRDefault="00000000">
            <w:pPr>
              <w:spacing w:after="0"/>
              <w:jc w:val="center"/>
            </w:pPr>
            <w:r>
              <w:rPr>
                <w:b/>
                <w:sz w:val="17"/>
              </w:rPr>
              <w:t>Date Received</w:t>
            </w:r>
          </w:p>
        </w:tc>
        <w:tc>
          <w:tcPr>
            <w:tcW w:w="2628" w:type="dxa"/>
            <w:shd w:val="clear" w:color="auto" w:fill="FCE8DD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50FD5B7E" w14:textId="77777777" w:rsidR="00CA15A3" w:rsidRDefault="00000000">
            <w:pPr>
              <w:spacing w:after="0"/>
              <w:jc w:val="center"/>
            </w:pPr>
            <w:r>
              <w:rPr>
                <w:b/>
                <w:sz w:val="17"/>
              </w:rPr>
              <w:t>Reviewed By</w:t>
            </w:r>
          </w:p>
        </w:tc>
        <w:tc>
          <w:tcPr>
            <w:tcW w:w="2628" w:type="dxa"/>
            <w:shd w:val="clear" w:color="auto" w:fill="FCE8DD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22ABC213" w14:textId="77777777" w:rsidR="00CA15A3" w:rsidRDefault="00000000">
            <w:pPr>
              <w:spacing w:after="0"/>
              <w:jc w:val="center"/>
            </w:pPr>
            <w:r>
              <w:rPr>
                <w:b/>
                <w:sz w:val="17"/>
              </w:rPr>
              <w:t>Status</w:t>
            </w:r>
          </w:p>
        </w:tc>
      </w:tr>
      <w:tr w:rsidR="00CA15A3" w14:paraId="338CCFF8" w14:textId="77777777">
        <w:trPr>
          <w:cantSplit/>
          <w:jc w:val="center"/>
        </w:trPr>
        <w:tc>
          <w:tcPr>
            <w:tcW w:w="2628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0414639D" w14:textId="77777777" w:rsidR="00CA15A3" w:rsidRDefault="00CA15A3">
            <w:pPr>
              <w:spacing w:after="0"/>
            </w:pPr>
          </w:p>
        </w:tc>
        <w:tc>
          <w:tcPr>
            <w:tcW w:w="2628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1D3E218E" w14:textId="77777777" w:rsidR="00CA15A3" w:rsidRDefault="00000000">
            <w:pPr>
              <w:spacing w:after="0"/>
              <w:jc w:val="center"/>
            </w:pPr>
            <w:r>
              <w:rPr>
                <w:sz w:val="17"/>
              </w:rPr>
              <w:t>YYYY. MM. DD.</w:t>
            </w:r>
          </w:p>
        </w:tc>
        <w:tc>
          <w:tcPr>
            <w:tcW w:w="2628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7399FBCE" w14:textId="77777777" w:rsidR="00CA15A3" w:rsidRDefault="00CA15A3">
            <w:pPr>
              <w:spacing w:after="0"/>
            </w:pPr>
          </w:p>
        </w:tc>
        <w:tc>
          <w:tcPr>
            <w:tcW w:w="2628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755E0904" w14:textId="77777777" w:rsidR="00CA15A3" w:rsidRDefault="00000000">
            <w:pPr>
              <w:spacing w:after="0"/>
            </w:pPr>
            <w:r>
              <w:rPr>
                <w:sz w:val="17"/>
              </w:rPr>
              <w:t>(   ) Approved</w:t>
            </w:r>
            <w:r>
              <w:rPr>
                <w:sz w:val="17"/>
              </w:rPr>
              <w:br/>
              <w:t>(   ) Not Approved</w:t>
            </w:r>
          </w:p>
        </w:tc>
      </w:tr>
    </w:tbl>
    <w:p w14:paraId="3C133E20" w14:textId="77777777" w:rsidR="00D506E9" w:rsidRDefault="00D506E9"/>
    <w:sectPr w:rsidR="00D506E9" w:rsidSect="00034616">
      <w:pgSz w:w="12240" w:h="15840"/>
      <w:pgMar w:top="864" w:right="864" w:bottom="864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12842397">
    <w:abstractNumId w:val="8"/>
  </w:num>
  <w:num w:numId="2" w16cid:durableId="864246831">
    <w:abstractNumId w:val="6"/>
  </w:num>
  <w:num w:numId="3" w16cid:durableId="1474635245">
    <w:abstractNumId w:val="5"/>
  </w:num>
  <w:num w:numId="4" w16cid:durableId="1248030657">
    <w:abstractNumId w:val="4"/>
  </w:num>
  <w:num w:numId="5" w16cid:durableId="1744838211">
    <w:abstractNumId w:val="7"/>
  </w:num>
  <w:num w:numId="6" w16cid:durableId="1544174472">
    <w:abstractNumId w:val="3"/>
  </w:num>
  <w:num w:numId="7" w16cid:durableId="84351832">
    <w:abstractNumId w:val="2"/>
  </w:num>
  <w:num w:numId="8" w16cid:durableId="371619292">
    <w:abstractNumId w:val="1"/>
  </w:num>
  <w:num w:numId="9" w16cid:durableId="2042940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6D7AF7"/>
    <w:rsid w:val="00A624BA"/>
    <w:rsid w:val="00AA1D8D"/>
    <w:rsid w:val="00B47730"/>
    <w:rsid w:val="00CA15A3"/>
    <w:rsid w:val="00CB0664"/>
    <w:rsid w:val="00D506E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C48A46A"/>
  <w14:defaultImageDpi w14:val="300"/>
  <w15:docId w15:val="{80691126-390D-4706-A180-311E8764E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Calibri" w:hAnsi="Calibri"/>
      <w:color w:val="2D3748"/>
      <w:sz w:val="19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제목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제목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제목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제목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부제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본문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본문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본문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매크로 텍스트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인용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제목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제목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제목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제목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제목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제목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강한 인용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489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3273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HWOALKI KIM</cp:lastModifiedBy>
  <cp:revision>2</cp:revision>
  <dcterms:created xsi:type="dcterms:W3CDTF">2013-12-23T23:15:00Z</dcterms:created>
  <dcterms:modified xsi:type="dcterms:W3CDTF">2026-08-19T12:54:00Z</dcterms:modified>
  <cp:category/>
</cp:coreProperties>
</file>